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Look w:val="04A0" w:firstRow="1" w:lastRow="0" w:firstColumn="1" w:lastColumn="0" w:noHBand="0" w:noVBand="1"/>
      </w:tblPr>
      <w:tblGrid>
        <w:gridCol w:w="5256"/>
        <w:gridCol w:w="5256"/>
      </w:tblGrid>
      <w:tr w:rsidR="005207F8" w14:paraId="03C9C2EE" w14:textId="77777777">
        <w:tc>
          <w:tcPr>
            <w:tcW w:w="5256" w:type="dxa"/>
          </w:tcPr>
          <w:p w14:paraId="2D7067BA" w14:textId="77777777" w:rsidR="005207F8" w:rsidRDefault="00000000">
            <w:r>
              <w:rPr>
                <w:noProof/>
              </w:rPr>
              <w:drawing>
                <wp:inline distT="0" distB="0" distL="0" distR="0" wp14:anchorId="4C193F6E" wp14:editId="353EEC17">
                  <wp:extent cx="829160" cy="82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4aDay logo fin(4).PNG"/>
                          <pic:cNvPicPr/>
                        </pic:nvPicPr>
                        <pic:blipFill>
                          <a:blip r:embed="rId6"/>
                          <a:stretch>
                            <a:fillRect/>
                          </a:stretch>
                        </pic:blipFill>
                        <pic:spPr>
                          <a:xfrm>
                            <a:off x="0" y="0"/>
                            <a:ext cx="855495" cy="855495"/>
                          </a:xfrm>
                          <a:prstGeom prst="rect">
                            <a:avLst/>
                          </a:prstGeom>
                        </pic:spPr>
                      </pic:pic>
                    </a:graphicData>
                  </a:graphic>
                </wp:inline>
              </w:drawing>
            </w:r>
          </w:p>
        </w:tc>
        <w:tc>
          <w:tcPr>
            <w:tcW w:w="5256" w:type="dxa"/>
          </w:tcPr>
          <w:p w14:paraId="4C48113A" w14:textId="77777777" w:rsidR="005207F8" w:rsidRDefault="00000000">
            <w:pPr>
              <w:jc w:val="right"/>
            </w:pPr>
            <w:r>
              <w:rPr>
                <w:noProof/>
              </w:rPr>
              <w:drawing>
                <wp:inline distT="0" distB="0" distL="0" distR="0" wp14:anchorId="335C86EE" wp14:editId="44D556D5">
                  <wp:extent cx="906651" cy="9066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ergise Radio-2(1).png"/>
                          <pic:cNvPicPr/>
                        </pic:nvPicPr>
                        <pic:blipFill>
                          <a:blip r:embed="rId7"/>
                          <a:stretch>
                            <a:fillRect/>
                          </a:stretch>
                        </pic:blipFill>
                        <pic:spPr>
                          <a:xfrm>
                            <a:off x="0" y="0"/>
                            <a:ext cx="921085" cy="921085"/>
                          </a:xfrm>
                          <a:prstGeom prst="rect">
                            <a:avLst/>
                          </a:prstGeom>
                        </pic:spPr>
                      </pic:pic>
                    </a:graphicData>
                  </a:graphic>
                </wp:inline>
              </w:drawing>
            </w:r>
          </w:p>
        </w:tc>
      </w:tr>
    </w:tbl>
    <w:p w14:paraId="6E47C44E" w14:textId="065C72D2" w:rsidR="005207F8" w:rsidRPr="00482731" w:rsidRDefault="00000000">
      <w:pPr>
        <w:pStyle w:val="Heading1"/>
        <w:jc w:val="center"/>
        <w:rPr>
          <w:rFonts w:cstheme="majorHAnsi"/>
          <w:sz w:val="32"/>
          <w:szCs w:val="32"/>
        </w:rPr>
      </w:pPr>
      <w:r w:rsidRPr="00482731">
        <w:rPr>
          <w:rFonts w:cstheme="majorHAnsi"/>
          <w:color w:val="C00000"/>
          <w:sz w:val="32"/>
          <w:szCs w:val="32"/>
        </w:rPr>
        <w:t>DJ</w:t>
      </w:r>
      <w:r w:rsidRPr="00482731">
        <w:rPr>
          <w:rFonts w:cstheme="majorHAnsi"/>
          <w:color w:val="000000" w:themeColor="text1"/>
          <w:sz w:val="32"/>
          <w:szCs w:val="32"/>
        </w:rPr>
        <w:t xml:space="preserve">4aDay </w:t>
      </w:r>
      <w:r w:rsidR="00FE49F8">
        <w:rPr>
          <w:rFonts w:cstheme="majorHAnsi"/>
          <w:color w:val="000000" w:themeColor="text1"/>
          <w:sz w:val="32"/>
          <w:szCs w:val="32"/>
        </w:rPr>
        <w:t>CIC</w:t>
      </w:r>
      <w:r w:rsidRPr="00482731">
        <w:rPr>
          <w:rFonts w:cstheme="majorHAnsi"/>
          <w:sz w:val="32"/>
          <w:szCs w:val="32"/>
        </w:rPr>
        <w:t>– Radio Broadcasting, Music &amp; Ukulele Workshop</w:t>
      </w:r>
    </w:p>
    <w:p w14:paraId="5242C5BE" w14:textId="4DFA5ECD" w:rsidR="005207F8" w:rsidRPr="00482731" w:rsidRDefault="00482731">
      <w:pPr>
        <w:jc w:val="center"/>
        <w:rPr>
          <w:rFonts w:asciiTheme="majorHAnsi" w:hAnsiTheme="majorHAnsi" w:cstheme="majorHAnsi"/>
          <w:sz w:val="24"/>
          <w:szCs w:val="24"/>
        </w:rPr>
      </w:pPr>
      <w:r w:rsidRPr="00482731">
        <w:rPr>
          <w:rFonts w:asciiTheme="majorHAnsi" w:hAnsiTheme="majorHAnsi" w:cstheme="majorHAnsi"/>
          <w:b/>
          <w:sz w:val="24"/>
          <w:szCs w:val="24"/>
        </w:rPr>
        <w:t>Connect• Collaborate• Create</w:t>
      </w:r>
      <w:r w:rsidRPr="00482731">
        <w:rPr>
          <w:rFonts w:asciiTheme="majorHAnsi" w:hAnsiTheme="majorHAnsi" w:cstheme="majorHAnsi"/>
          <w:b/>
          <w:sz w:val="24"/>
          <w:szCs w:val="24"/>
        </w:rPr>
        <w:br/>
      </w:r>
      <w:r w:rsidRPr="00482731">
        <w:rPr>
          <w:rFonts w:asciiTheme="majorHAnsi" w:hAnsiTheme="majorHAnsi" w:cstheme="majorHAnsi"/>
          <w:sz w:val="24"/>
          <w:szCs w:val="24"/>
        </w:rPr>
        <w:t>www.DJ4aDay.co.uk</w:t>
      </w:r>
    </w:p>
    <w:p w14:paraId="66A8E8F5" w14:textId="77777777" w:rsidR="005207F8" w:rsidRPr="00482731" w:rsidRDefault="00000000">
      <w:pPr>
        <w:pStyle w:val="Heading2"/>
        <w:rPr>
          <w:rFonts w:cstheme="majorHAnsi"/>
        </w:rPr>
      </w:pPr>
      <w:r w:rsidRPr="00482731">
        <w:rPr>
          <w:rFonts w:cstheme="majorHAnsi"/>
        </w:rPr>
        <w:t>Family Registration Form</w:t>
      </w:r>
    </w:p>
    <w:p w14:paraId="78FDDE29" w14:textId="262A44E5" w:rsidR="005207F8" w:rsidRPr="00482731" w:rsidRDefault="00000000">
      <w:pPr>
        <w:rPr>
          <w:rFonts w:asciiTheme="majorHAnsi" w:hAnsiTheme="majorHAnsi" w:cstheme="majorHAnsi"/>
        </w:rPr>
      </w:pPr>
      <w:r w:rsidRPr="00482731">
        <w:rPr>
          <w:rFonts w:asciiTheme="majorHAnsi" w:hAnsiTheme="majorHAnsi" w:cstheme="majorHAnsi"/>
        </w:rPr>
        <w:t xml:space="preserve">Thank you for your interest in </w:t>
      </w:r>
      <w:r w:rsidR="00FE49F8">
        <w:rPr>
          <w:rFonts w:asciiTheme="majorHAnsi" w:hAnsiTheme="majorHAnsi" w:cstheme="majorHAnsi"/>
        </w:rPr>
        <w:t xml:space="preserve">the </w:t>
      </w:r>
      <w:r w:rsidRPr="00482731">
        <w:rPr>
          <w:rFonts w:asciiTheme="majorHAnsi" w:hAnsiTheme="majorHAnsi" w:cstheme="majorHAnsi"/>
        </w:rPr>
        <w:t>DJ4aDay</w:t>
      </w:r>
      <w:r w:rsidR="00FE49F8">
        <w:rPr>
          <w:rFonts w:asciiTheme="majorHAnsi" w:hAnsiTheme="majorHAnsi" w:cstheme="majorHAnsi"/>
        </w:rPr>
        <w:t xml:space="preserve"> workshops</w:t>
      </w:r>
      <w:r w:rsidRPr="00482731">
        <w:rPr>
          <w:rFonts w:asciiTheme="majorHAnsi" w:hAnsiTheme="majorHAnsi" w:cstheme="majorHAnsi"/>
        </w:rPr>
        <w:t>. Join us for a fun, interactive family workshop where you will learn how a radio programme is created, develop presenting and interviewing skills, discover what happens behind the scenes in a radio studio and enjoy an Introduction to the Ukulele.</w:t>
      </w:r>
      <w:r w:rsidRPr="00482731">
        <w:rPr>
          <w:rFonts w:asciiTheme="majorHAnsi" w:hAnsiTheme="majorHAnsi" w:cstheme="majorHAnsi"/>
        </w:rPr>
        <w:br/>
      </w:r>
      <w:r w:rsidRPr="00482731">
        <w:rPr>
          <w:rFonts w:asciiTheme="majorHAnsi" w:hAnsiTheme="majorHAnsi" w:cstheme="majorHAnsi"/>
        </w:rPr>
        <w:br/>
        <w:t xml:space="preserve">Every workshop session includes the opportunity for participants to take part in a LIVE broadcast on </w:t>
      </w:r>
      <w:r w:rsidRPr="00FE49F8">
        <w:rPr>
          <w:rFonts w:asciiTheme="majorHAnsi" w:hAnsiTheme="majorHAnsi" w:cstheme="majorHAnsi"/>
          <w:b/>
          <w:bCs/>
        </w:rPr>
        <w:t>Singergise Radio</w:t>
      </w:r>
      <w:r w:rsidRPr="00482731">
        <w:rPr>
          <w:rFonts w:asciiTheme="majorHAnsi" w:hAnsiTheme="majorHAnsi" w:cstheme="majorHAnsi"/>
        </w:rPr>
        <w:t>.</w:t>
      </w:r>
    </w:p>
    <w:p w14:paraId="3E40BEF5" w14:textId="77777777" w:rsidR="005207F8" w:rsidRPr="00482731" w:rsidRDefault="00000000">
      <w:pPr>
        <w:rPr>
          <w:rFonts w:asciiTheme="majorHAnsi" w:hAnsiTheme="majorHAnsi" w:cstheme="majorHAnsi"/>
        </w:rPr>
      </w:pPr>
      <w:r w:rsidRPr="00482731">
        <w:rPr>
          <w:rFonts w:asciiTheme="majorHAnsi" w:hAnsiTheme="majorHAnsi" w:cstheme="majorHAnsi"/>
          <w:b/>
        </w:rPr>
        <w:t xml:space="preserve">Venue: </w:t>
      </w:r>
      <w:r w:rsidRPr="00482731">
        <w:rPr>
          <w:rFonts w:asciiTheme="majorHAnsi" w:hAnsiTheme="majorHAnsi" w:cstheme="majorHAnsi"/>
        </w:rPr>
        <w:t>Panteg House, Griffithstown, NP4 5BE</w:t>
      </w:r>
    </w:p>
    <w:p w14:paraId="54EAA4C7" w14:textId="77777777" w:rsidR="005207F8" w:rsidRPr="00482731" w:rsidRDefault="00000000">
      <w:pPr>
        <w:rPr>
          <w:rFonts w:asciiTheme="majorHAnsi" w:hAnsiTheme="majorHAnsi" w:cstheme="majorHAnsi"/>
        </w:rPr>
      </w:pPr>
      <w:r w:rsidRPr="00482731">
        <w:rPr>
          <w:rFonts w:asciiTheme="majorHAnsi" w:hAnsiTheme="majorHAnsi" w:cstheme="majorHAnsi"/>
          <w:b/>
        </w:rPr>
        <w:t xml:space="preserve">Funded by: </w:t>
      </w:r>
      <w:r w:rsidRPr="00482731">
        <w:rPr>
          <w:rFonts w:asciiTheme="majorHAnsi" w:hAnsiTheme="majorHAnsi" w:cstheme="majorHAnsi"/>
        </w:rPr>
        <w:t>Torfaen County Borough Council – Community Cohesion Grant</w:t>
      </w:r>
    </w:p>
    <w:p w14:paraId="48C05616" w14:textId="77777777" w:rsidR="005207F8" w:rsidRPr="00482731" w:rsidRDefault="00000000">
      <w:pPr>
        <w:pStyle w:val="Heading2"/>
        <w:rPr>
          <w:rFonts w:cstheme="majorHAnsi"/>
        </w:rPr>
      </w:pPr>
      <w:r w:rsidRPr="00482731">
        <w:rPr>
          <w:rFonts w:cstheme="majorHAnsi"/>
        </w:rPr>
        <w:t>Important Information</w:t>
      </w:r>
    </w:p>
    <w:p w14:paraId="15B36422" w14:textId="77777777" w:rsidR="005207F8" w:rsidRPr="00482731" w:rsidRDefault="00000000">
      <w:pPr>
        <w:pStyle w:val="ListBullet"/>
        <w:rPr>
          <w:rFonts w:asciiTheme="majorHAnsi" w:hAnsiTheme="majorHAnsi" w:cstheme="majorHAnsi"/>
        </w:rPr>
      </w:pPr>
      <w:r w:rsidRPr="00482731">
        <w:rPr>
          <w:rFonts w:asciiTheme="majorHAnsi" w:hAnsiTheme="majorHAnsi" w:cstheme="majorHAnsi"/>
        </w:rPr>
        <w:t>Suitable for children aged 8 years and over.</w:t>
      </w:r>
    </w:p>
    <w:p w14:paraId="1E153389" w14:textId="77777777" w:rsidR="005207F8" w:rsidRPr="00482731" w:rsidRDefault="00000000">
      <w:pPr>
        <w:pStyle w:val="ListBullet"/>
        <w:rPr>
          <w:rFonts w:asciiTheme="majorHAnsi" w:hAnsiTheme="majorHAnsi" w:cstheme="majorHAnsi"/>
        </w:rPr>
      </w:pPr>
      <w:r w:rsidRPr="00482731">
        <w:rPr>
          <w:rFonts w:asciiTheme="majorHAnsi" w:hAnsiTheme="majorHAnsi" w:cstheme="majorHAnsi"/>
        </w:rPr>
        <w:t>All children must be accompanied by a responsible adult (18+) throughout the workshop.</w:t>
      </w:r>
    </w:p>
    <w:p w14:paraId="2E66D7AD" w14:textId="77777777" w:rsidR="005207F8" w:rsidRPr="00482731" w:rsidRDefault="00000000">
      <w:pPr>
        <w:pStyle w:val="ListBullet"/>
        <w:rPr>
          <w:rFonts w:asciiTheme="majorHAnsi" w:hAnsiTheme="majorHAnsi" w:cstheme="majorHAnsi"/>
        </w:rPr>
      </w:pPr>
      <w:r w:rsidRPr="00482731">
        <w:rPr>
          <w:rFonts w:asciiTheme="majorHAnsi" w:hAnsiTheme="majorHAnsi" w:cstheme="majorHAnsi"/>
        </w:rPr>
        <w:t>One registration form per family.</w:t>
      </w:r>
    </w:p>
    <w:p w14:paraId="3A6CD792" w14:textId="77777777" w:rsidR="005207F8" w:rsidRPr="00482731" w:rsidRDefault="00000000">
      <w:pPr>
        <w:pStyle w:val="ListBullet"/>
        <w:rPr>
          <w:rFonts w:asciiTheme="majorHAnsi" w:hAnsiTheme="majorHAnsi" w:cstheme="majorHAnsi"/>
        </w:rPr>
      </w:pPr>
      <w:r w:rsidRPr="00482731">
        <w:rPr>
          <w:rFonts w:asciiTheme="majorHAnsi" w:hAnsiTheme="majorHAnsi" w:cstheme="majorHAnsi"/>
        </w:rPr>
        <w:t>Places are limited and booking is confirmed by email.</w:t>
      </w:r>
    </w:p>
    <w:p w14:paraId="7C96E011" w14:textId="0FEE9542" w:rsidR="005207F8" w:rsidRPr="00482731" w:rsidRDefault="00000000">
      <w:pPr>
        <w:pStyle w:val="Heading2"/>
        <w:rPr>
          <w:rFonts w:cstheme="majorHAnsi"/>
        </w:rPr>
      </w:pPr>
      <w:r w:rsidRPr="00482731">
        <w:rPr>
          <w:rFonts w:cstheme="majorHAnsi"/>
        </w:rPr>
        <w:t>1. Preferred Workshop Session</w:t>
      </w:r>
      <w:r w:rsidR="00FE49F8">
        <w:rPr>
          <w:rFonts w:cstheme="majorHAnsi"/>
        </w:rPr>
        <w:t xml:space="preserve"> – please mark with an X </w:t>
      </w:r>
    </w:p>
    <w:p w14:paraId="431ED8D2" w14:textId="4EE0BB13" w:rsidR="005207F8" w:rsidRPr="00482731" w:rsidRDefault="00000000">
      <w:pPr>
        <w:rPr>
          <w:rFonts w:asciiTheme="majorHAnsi" w:hAnsiTheme="majorHAnsi" w:cstheme="majorHAnsi"/>
        </w:rPr>
      </w:pPr>
      <w:r w:rsidRPr="00482731">
        <w:rPr>
          <w:rFonts w:asciiTheme="majorHAnsi" w:hAnsiTheme="majorHAnsi" w:cstheme="majorHAnsi"/>
        </w:rPr>
        <w:t>Session 1 – Monday 17 August | 10:00am–12:30pm</w:t>
      </w:r>
    </w:p>
    <w:p w14:paraId="1170D8AB" w14:textId="254E5F11" w:rsidR="005207F8" w:rsidRPr="00482731" w:rsidRDefault="00000000">
      <w:pPr>
        <w:rPr>
          <w:rFonts w:asciiTheme="majorHAnsi" w:hAnsiTheme="majorHAnsi" w:cstheme="majorHAnsi"/>
        </w:rPr>
      </w:pPr>
      <w:r w:rsidRPr="00482731">
        <w:rPr>
          <w:rFonts w:asciiTheme="majorHAnsi" w:hAnsiTheme="majorHAnsi" w:cstheme="majorHAnsi"/>
        </w:rPr>
        <w:t>Session 2 – Monday 17 August | 1:00pm–3:30pm</w:t>
      </w:r>
    </w:p>
    <w:p w14:paraId="3134CC92" w14:textId="3CC63A8B" w:rsidR="005207F8" w:rsidRPr="00482731" w:rsidRDefault="00000000">
      <w:pPr>
        <w:rPr>
          <w:rFonts w:asciiTheme="majorHAnsi" w:hAnsiTheme="majorHAnsi" w:cstheme="majorHAnsi"/>
        </w:rPr>
      </w:pPr>
      <w:r w:rsidRPr="00482731">
        <w:rPr>
          <w:rFonts w:asciiTheme="majorHAnsi" w:hAnsiTheme="majorHAnsi" w:cstheme="majorHAnsi"/>
        </w:rPr>
        <w:t>Session 3 – Tuesday 18 August | 10:00am–12:30pm</w:t>
      </w:r>
    </w:p>
    <w:p w14:paraId="5198DC92" w14:textId="4DE7262C" w:rsidR="005207F8" w:rsidRPr="00482731" w:rsidRDefault="00000000">
      <w:pPr>
        <w:rPr>
          <w:rFonts w:asciiTheme="majorHAnsi" w:hAnsiTheme="majorHAnsi" w:cstheme="majorHAnsi"/>
        </w:rPr>
      </w:pPr>
      <w:r w:rsidRPr="00482731">
        <w:rPr>
          <w:rFonts w:asciiTheme="majorHAnsi" w:hAnsiTheme="majorHAnsi" w:cstheme="majorHAnsi"/>
        </w:rPr>
        <w:t>Session 4 – Tuesday 18 August | 1:00pm–3:30pm</w:t>
      </w:r>
    </w:p>
    <w:p w14:paraId="7052BD94" w14:textId="7E11E464" w:rsidR="005207F8" w:rsidRPr="00482731" w:rsidRDefault="00000000">
      <w:pPr>
        <w:rPr>
          <w:rFonts w:asciiTheme="majorHAnsi" w:hAnsiTheme="majorHAnsi" w:cstheme="majorHAnsi"/>
        </w:rPr>
      </w:pPr>
      <w:r w:rsidRPr="00482731">
        <w:rPr>
          <w:rFonts w:asciiTheme="majorHAnsi" w:hAnsiTheme="majorHAnsi" w:cstheme="majorHAnsi"/>
        </w:rPr>
        <w:t>Session 5 – Wednesday 19 August | 10:00am–12:30pm</w:t>
      </w:r>
    </w:p>
    <w:p w14:paraId="313FD03A" w14:textId="6A0AF807" w:rsidR="005207F8" w:rsidRPr="00482731" w:rsidRDefault="00000000">
      <w:pPr>
        <w:rPr>
          <w:rFonts w:asciiTheme="majorHAnsi" w:hAnsiTheme="majorHAnsi" w:cstheme="majorHAnsi"/>
        </w:rPr>
      </w:pPr>
      <w:r w:rsidRPr="00482731">
        <w:rPr>
          <w:rFonts w:asciiTheme="majorHAnsi" w:hAnsiTheme="majorHAnsi" w:cstheme="majorHAnsi"/>
        </w:rPr>
        <w:t>Session 6 – Wednesday 19 August | 1:00pm–3:30pm</w:t>
      </w:r>
    </w:p>
    <w:p w14:paraId="7824057A" w14:textId="1CDDF6B8" w:rsidR="005207F8" w:rsidRPr="00482731" w:rsidRDefault="00000000">
      <w:pPr>
        <w:rPr>
          <w:rFonts w:asciiTheme="majorHAnsi" w:hAnsiTheme="majorHAnsi" w:cstheme="majorHAnsi"/>
        </w:rPr>
      </w:pPr>
      <w:r w:rsidRPr="00482731">
        <w:rPr>
          <w:rFonts w:asciiTheme="majorHAnsi" w:hAnsiTheme="majorHAnsi" w:cstheme="majorHAnsi"/>
        </w:rPr>
        <w:t xml:space="preserve">If your preferred session is full, would you like another session?  </w:t>
      </w:r>
      <w:r w:rsidRPr="00482731">
        <w:rPr>
          <w:rFonts w:ascii="Segoe UI Symbol" w:hAnsi="Segoe UI Symbol" w:cs="Segoe UI Symbol"/>
        </w:rPr>
        <w:t>☐</w:t>
      </w:r>
      <w:r w:rsidRPr="00482731">
        <w:rPr>
          <w:rFonts w:asciiTheme="majorHAnsi" w:hAnsiTheme="majorHAnsi" w:cstheme="majorHAnsi"/>
        </w:rPr>
        <w:t xml:space="preserve"> Yes   </w:t>
      </w:r>
      <w:r w:rsidRPr="00482731">
        <w:rPr>
          <w:rFonts w:ascii="Segoe UI Symbol" w:hAnsi="Segoe UI Symbol" w:cs="Segoe UI Symbol"/>
        </w:rPr>
        <w:t>☐</w:t>
      </w:r>
      <w:r w:rsidRPr="00482731">
        <w:rPr>
          <w:rFonts w:asciiTheme="majorHAnsi" w:hAnsiTheme="majorHAnsi" w:cstheme="majorHAnsi"/>
        </w:rPr>
        <w:t xml:space="preserve"> No</w:t>
      </w:r>
      <w:r w:rsidR="00FE49F8">
        <w:rPr>
          <w:rFonts w:asciiTheme="majorHAnsi" w:hAnsiTheme="majorHAnsi" w:cstheme="majorHAnsi"/>
        </w:rPr>
        <w:t xml:space="preserve"> If so which session?  __________</w:t>
      </w:r>
    </w:p>
    <w:p w14:paraId="18F3134E" w14:textId="77777777" w:rsidR="005207F8" w:rsidRPr="00482731" w:rsidRDefault="00000000">
      <w:pPr>
        <w:pStyle w:val="Heading2"/>
        <w:rPr>
          <w:rFonts w:cstheme="majorHAnsi"/>
        </w:rPr>
      </w:pPr>
      <w:r w:rsidRPr="00482731">
        <w:rPr>
          <w:rFonts w:cstheme="majorHAnsi"/>
        </w:rPr>
        <w:lastRenderedPageBreak/>
        <w:t>2. Lead Adult Details</w:t>
      </w:r>
    </w:p>
    <w:p w14:paraId="40386616" w14:textId="31B25E02" w:rsidR="005207F8" w:rsidRPr="00482731" w:rsidRDefault="00000000">
      <w:pPr>
        <w:rPr>
          <w:rFonts w:asciiTheme="majorHAnsi" w:hAnsiTheme="majorHAnsi" w:cstheme="majorHAnsi"/>
        </w:rPr>
      </w:pPr>
      <w:r w:rsidRPr="00482731">
        <w:rPr>
          <w:rFonts w:asciiTheme="majorHAnsi" w:hAnsiTheme="majorHAnsi" w:cstheme="majorHAnsi"/>
        </w:rPr>
        <w:t>Full Name: __________________________________________</w:t>
      </w:r>
      <w:r w:rsidR="00FE49F8">
        <w:rPr>
          <w:rFonts w:asciiTheme="majorHAnsi" w:hAnsiTheme="majorHAnsi" w:cstheme="majorHAnsi"/>
        </w:rPr>
        <w:t>______</w:t>
      </w:r>
    </w:p>
    <w:p w14:paraId="4EB13029" w14:textId="74BB2C18" w:rsidR="005207F8" w:rsidRPr="00482731" w:rsidRDefault="00000000">
      <w:pPr>
        <w:rPr>
          <w:rFonts w:asciiTheme="majorHAnsi" w:hAnsiTheme="majorHAnsi" w:cstheme="majorHAnsi"/>
        </w:rPr>
      </w:pPr>
      <w:r w:rsidRPr="00482731">
        <w:rPr>
          <w:rFonts w:asciiTheme="majorHAnsi" w:hAnsiTheme="majorHAnsi" w:cstheme="majorHAnsi"/>
        </w:rPr>
        <w:t>Email Address: __________________________________________</w:t>
      </w:r>
      <w:r w:rsidR="00FE49F8">
        <w:rPr>
          <w:rFonts w:asciiTheme="majorHAnsi" w:hAnsiTheme="majorHAnsi" w:cstheme="majorHAnsi"/>
        </w:rPr>
        <w:t>___</w:t>
      </w:r>
    </w:p>
    <w:p w14:paraId="7E916A62" w14:textId="4B977A52" w:rsidR="005207F8" w:rsidRPr="00482731" w:rsidRDefault="00000000">
      <w:pPr>
        <w:rPr>
          <w:rFonts w:asciiTheme="majorHAnsi" w:hAnsiTheme="majorHAnsi" w:cstheme="majorHAnsi"/>
        </w:rPr>
      </w:pPr>
      <w:r w:rsidRPr="00482731">
        <w:rPr>
          <w:rFonts w:asciiTheme="majorHAnsi" w:hAnsiTheme="majorHAnsi" w:cstheme="majorHAnsi"/>
        </w:rPr>
        <w:t>Telephone Number: _________________________________________</w:t>
      </w:r>
    </w:p>
    <w:p w14:paraId="2BAB3B79" w14:textId="282A2C55" w:rsidR="005207F8" w:rsidRPr="00482731" w:rsidRDefault="00000000">
      <w:pPr>
        <w:pStyle w:val="Heading2"/>
        <w:rPr>
          <w:rFonts w:cstheme="majorHAnsi"/>
        </w:rPr>
      </w:pPr>
      <w:r w:rsidRPr="00482731">
        <w:rPr>
          <w:rFonts w:cstheme="majorHAnsi"/>
        </w:rPr>
        <w:t>3. Family Members Attending</w:t>
      </w:r>
      <w:r w:rsidR="00E31B44">
        <w:rPr>
          <w:rFonts w:cstheme="majorHAnsi"/>
        </w:rPr>
        <w:t xml:space="preserve"> – Please add additional rows if required. </w:t>
      </w:r>
    </w:p>
    <w:p w14:paraId="63154CD3" w14:textId="77777777" w:rsidR="005207F8" w:rsidRPr="00482731" w:rsidRDefault="00000000">
      <w:pPr>
        <w:rPr>
          <w:rFonts w:asciiTheme="majorHAnsi" w:hAnsiTheme="majorHAnsi" w:cstheme="majorHAnsi"/>
        </w:rPr>
      </w:pPr>
      <w:r w:rsidRPr="00482731">
        <w:rPr>
          <w:rFonts w:asciiTheme="majorHAnsi" w:hAnsiTheme="majorHAnsi" w:cstheme="majorHAnsi"/>
        </w:rPr>
        <w:t>Adults: ____    Children (aged 8+): ____</w:t>
      </w:r>
    </w:p>
    <w:tbl>
      <w:tblPr>
        <w:tblW w:w="0" w:type="auto"/>
        <w:tblLook w:val="04A0" w:firstRow="1" w:lastRow="0" w:firstColumn="1" w:lastColumn="0" w:noHBand="0" w:noVBand="1"/>
      </w:tblPr>
      <w:tblGrid>
        <w:gridCol w:w="3504"/>
        <w:gridCol w:w="3504"/>
        <w:gridCol w:w="3504"/>
      </w:tblGrid>
      <w:tr w:rsidR="005207F8" w:rsidRPr="00482731" w14:paraId="26F80FA6" w14:textId="77777777">
        <w:tc>
          <w:tcPr>
            <w:tcW w:w="3504" w:type="dxa"/>
          </w:tcPr>
          <w:p w14:paraId="43311983" w14:textId="77777777" w:rsidR="005207F8" w:rsidRPr="00482731" w:rsidRDefault="00000000">
            <w:pPr>
              <w:rPr>
                <w:rFonts w:asciiTheme="majorHAnsi" w:hAnsiTheme="majorHAnsi" w:cstheme="majorHAnsi"/>
              </w:rPr>
            </w:pPr>
            <w:r w:rsidRPr="00482731">
              <w:rPr>
                <w:rFonts w:asciiTheme="majorHAnsi" w:hAnsiTheme="majorHAnsi" w:cstheme="majorHAnsi"/>
              </w:rPr>
              <w:t>Name</w:t>
            </w:r>
          </w:p>
        </w:tc>
        <w:tc>
          <w:tcPr>
            <w:tcW w:w="3504" w:type="dxa"/>
          </w:tcPr>
          <w:p w14:paraId="4DAC8EC8" w14:textId="77777777" w:rsidR="005207F8" w:rsidRPr="00482731" w:rsidRDefault="00000000">
            <w:pPr>
              <w:rPr>
                <w:rFonts w:asciiTheme="majorHAnsi" w:hAnsiTheme="majorHAnsi" w:cstheme="majorHAnsi"/>
              </w:rPr>
            </w:pPr>
            <w:r w:rsidRPr="00482731">
              <w:rPr>
                <w:rFonts w:asciiTheme="majorHAnsi" w:hAnsiTheme="majorHAnsi" w:cstheme="majorHAnsi"/>
              </w:rPr>
              <w:t>Adult/Child</w:t>
            </w:r>
          </w:p>
        </w:tc>
        <w:tc>
          <w:tcPr>
            <w:tcW w:w="3504" w:type="dxa"/>
          </w:tcPr>
          <w:p w14:paraId="6FEE607A" w14:textId="77777777" w:rsidR="005207F8" w:rsidRPr="00482731" w:rsidRDefault="00000000">
            <w:pPr>
              <w:rPr>
                <w:rFonts w:asciiTheme="majorHAnsi" w:hAnsiTheme="majorHAnsi" w:cstheme="majorHAnsi"/>
              </w:rPr>
            </w:pPr>
            <w:r w:rsidRPr="00482731">
              <w:rPr>
                <w:rFonts w:asciiTheme="majorHAnsi" w:hAnsiTheme="majorHAnsi" w:cstheme="majorHAnsi"/>
              </w:rPr>
              <w:t>Child Age Range</w:t>
            </w:r>
          </w:p>
        </w:tc>
      </w:tr>
      <w:tr w:rsidR="005207F8" w:rsidRPr="00482731" w14:paraId="17B04FDF" w14:textId="77777777">
        <w:tc>
          <w:tcPr>
            <w:tcW w:w="3504" w:type="dxa"/>
          </w:tcPr>
          <w:p w14:paraId="157D195E" w14:textId="6539DEFC" w:rsidR="005207F8" w:rsidRPr="00482731" w:rsidRDefault="00FE49F8">
            <w:pPr>
              <w:rPr>
                <w:rFonts w:asciiTheme="majorHAnsi" w:hAnsiTheme="majorHAnsi" w:cstheme="majorHAnsi"/>
              </w:rPr>
            </w:pPr>
            <w:r>
              <w:rPr>
                <w:rFonts w:asciiTheme="majorHAnsi" w:hAnsiTheme="majorHAnsi" w:cstheme="majorHAnsi"/>
              </w:rPr>
              <w:t>1.</w:t>
            </w:r>
          </w:p>
        </w:tc>
        <w:tc>
          <w:tcPr>
            <w:tcW w:w="3504" w:type="dxa"/>
          </w:tcPr>
          <w:p w14:paraId="7B42D841" w14:textId="77777777" w:rsidR="005207F8" w:rsidRPr="00482731" w:rsidRDefault="005207F8">
            <w:pPr>
              <w:rPr>
                <w:rFonts w:asciiTheme="majorHAnsi" w:hAnsiTheme="majorHAnsi" w:cstheme="majorHAnsi"/>
              </w:rPr>
            </w:pPr>
          </w:p>
        </w:tc>
        <w:tc>
          <w:tcPr>
            <w:tcW w:w="3504" w:type="dxa"/>
          </w:tcPr>
          <w:p w14:paraId="4E6F1CCA" w14:textId="77777777" w:rsidR="005207F8" w:rsidRPr="00482731" w:rsidRDefault="00000000">
            <w:pPr>
              <w:rPr>
                <w:rFonts w:asciiTheme="majorHAnsi" w:hAnsiTheme="majorHAnsi" w:cstheme="majorHAnsi"/>
              </w:rPr>
            </w:pPr>
            <w:r w:rsidRPr="00482731">
              <w:rPr>
                <w:rFonts w:ascii="Segoe UI Symbol" w:hAnsi="Segoe UI Symbol" w:cs="Segoe UI Symbol"/>
              </w:rPr>
              <w:t>☐</w:t>
            </w:r>
            <w:r w:rsidRPr="00482731">
              <w:rPr>
                <w:rFonts w:asciiTheme="majorHAnsi" w:hAnsiTheme="majorHAnsi" w:cstheme="majorHAnsi"/>
              </w:rPr>
              <w:t xml:space="preserve">8–10 </w:t>
            </w:r>
            <w:r w:rsidRPr="00482731">
              <w:rPr>
                <w:rFonts w:ascii="Segoe UI Symbol" w:hAnsi="Segoe UI Symbol" w:cs="Segoe UI Symbol"/>
              </w:rPr>
              <w:t>☐</w:t>
            </w:r>
            <w:r w:rsidRPr="00482731">
              <w:rPr>
                <w:rFonts w:asciiTheme="majorHAnsi" w:hAnsiTheme="majorHAnsi" w:cstheme="majorHAnsi"/>
              </w:rPr>
              <w:t xml:space="preserve">11–13 </w:t>
            </w:r>
            <w:r w:rsidRPr="00482731">
              <w:rPr>
                <w:rFonts w:ascii="Segoe UI Symbol" w:hAnsi="Segoe UI Symbol" w:cs="Segoe UI Symbol"/>
              </w:rPr>
              <w:t>☐</w:t>
            </w:r>
            <w:r w:rsidRPr="00482731">
              <w:rPr>
                <w:rFonts w:asciiTheme="majorHAnsi" w:hAnsiTheme="majorHAnsi" w:cstheme="majorHAnsi"/>
              </w:rPr>
              <w:t xml:space="preserve">14–16 </w:t>
            </w:r>
            <w:r w:rsidRPr="00482731">
              <w:rPr>
                <w:rFonts w:ascii="Segoe UI Symbol" w:hAnsi="Segoe UI Symbol" w:cs="Segoe UI Symbol"/>
              </w:rPr>
              <w:t>☐</w:t>
            </w:r>
            <w:r w:rsidRPr="00482731">
              <w:rPr>
                <w:rFonts w:asciiTheme="majorHAnsi" w:hAnsiTheme="majorHAnsi" w:cstheme="majorHAnsi"/>
              </w:rPr>
              <w:t>17+</w:t>
            </w:r>
          </w:p>
        </w:tc>
      </w:tr>
      <w:tr w:rsidR="005207F8" w:rsidRPr="00482731" w14:paraId="5C19D01C" w14:textId="77777777">
        <w:tc>
          <w:tcPr>
            <w:tcW w:w="3504" w:type="dxa"/>
          </w:tcPr>
          <w:p w14:paraId="61F4D35C" w14:textId="56752F60" w:rsidR="005207F8" w:rsidRPr="00482731" w:rsidRDefault="00FE49F8">
            <w:pPr>
              <w:rPr>
                <w:rFonts w:asciiTheme="majorHAnsi" w:hAnsiTheme="majorHAnsi" w:cstheme="majorHAnsi"/>
              </w:rPr>
            </w:pPr>
            <w:r>
              <w:rPr>
                <w:rFonts w:asciiTheme="majorHAnsi" w:hAnsiTheme="majorHAnsi" w:cstheme="majorHAnsi"/>
              </w:rPr>
              <w:t>2.</w:t>
            </w:r>
          </w:p>
        </w:tc>
        <w:tc>
          <w:tcPr>
            <w:tcW w:w="3504" w:type="dxa"/>
          </w:tcPr>
          <w:p w14:paraId="085D56DA" w14:textId="77777777" w:rsidR="005207F8" w:rsidRPr="00482731" w:rsidRDefault="005207F8">
            <w:pPr>
              <w:rPr>
                <w:rFonts w:asciiTheme="majorHAnsi" w:hAnsiTheme="majorHAnsi" w:cstheme="majorHAnsi"/>
              </w:rPr>
            </w:pPr>
          </w:p>
        </w:tc>
        <w:tc>
          <w:tcPr>
            <w:tcW w:w="3504" w:type="dxa"/>
          </w:tcPr>
          <w:p w14:paraId="7FD9A848" w14:textId="77777777" w:rsidR="005207F8" w:rsidRPr="00482731" w:rsidRDefault="00000000">
            <w:pPr>
              <w:rPr>
                <w:rFonts w:asciiTheme="majorHAnsi" w:hAnsiTheme="majorHAnsi" w:cstheme="majorHAnsi"/>
              </w:rPr>
            </w:pPr>
            <w:r w:rsidRPr="00482731">
              <w:rPr>
                <w:rFonts w:ascii="Segoe UI Symbol" w:hAnsi="Segoe UI Symbol" w:cs="Segoe UI Symbol"/>
              </w:rPr>
              <w:t>☐</w:t>
            </w:r>
            <w:r w:rsidRPr="00482731">
              <w:rPr>
                <w:rFonts w:asciiTheme="majorHAnsi" w:hAnsiTheme="majorHAnsi" w:cstheme="majorHAnsi"/>
              </w:rPr>
              <w:t xml:space="preserve">8–10 </w:t>
            </w:r>
            <w:r w:rsidRPr="00482731">
              <w:rPr>
                <w:rFonts w:ascii="Segoe UI Symbol" w:hAnsi="Segoe UI Symbol" w:cs="Segoe UI Symbol"/>
              </w:rPr>
              <w:t>☐</w:t>
            </w:r>
            <w:r w:rsidRPr="00482731">
              <w:rPr>
                <w:rFonts w:asciiTheme="majorHAnsi" w:hAnsiTheme="majorHAnsi" w:cstheme="majorHAnsi"/>
              </w:rPr>
              <w:t xml:space="preserve">11–13 </w:t>
            </w:r>
            <w:r w:rsidRPr="00482731">
              <w:rPr>
                <w:rFonts w:ascii="Segoe UI Symbol" w:hAnsi="Segoe UI Symbol" w:cs="Segoe UI Symbol"/>
              </w:rPr>
              <w:t>☐</w:t>
            </w:r>
            <w:r w:rsidRPr="00482731">
              <w:rPr>
                <w:rFonts w:asciiTheme="majorHAnsi" w:hAnsiTheme="majorHAnsi" w:cstheme="majorHAnsi"/>
              </w:rPr>
              <w:t xml:space="preserve">14–16 </w:t>
            </w:r>
            <w:r w:rsidRPr="00482731">
              <w:rPr>
                <w:rFonts w:ascii="Segoe UI Symbol" w:hAnsi="Segoe UI Symbol" w:cs="Segoe UI Symbol"/>
              </w:rPr>
              <w:t>☐</w:t>
            </w:r>
            <w:r w:rsidRPr="00482731">
              <w:rPr>
                <w:rFonts w:asciiTheme="majorHAnsi" w:hAnsiTheme="majorHAnsi" w:cstheme="majorHAnsi"/>
              </w:rPr>
              <w:t>17+</w:t>
            </w:r>
          </w:p>
        </w:tc>
      </w:tr>
      <w:tr w:rsidR="005207F8" w:rsidRPr="00482731" w14:paraId="0AFF22F2" w14:textId="77777777">
        <w:tc>
          <w:tcPr>
            <w:tcW w:w="3504" w:type="dxa"/>
          </w:tcPr>
          <w:p w14:paraId="6551A90C" w14:textId="7775DC75" w:rsidR="005207F8" w:rsidRPr="00482731" w:rsidRDefault="00FE49F8">
            <w:pPr>
              <w:rPr>
                <w:rFonts w:asciiTheme="majorHAnsi" w:hAnsiTheme="majorHAnsi" w:cstheme="majorHAnsi"/>
              </w:rPr>
            </w:pPr>
            <w:r>
              <w:rPr>
                <w:rFonts w:asciiTheme="majorHAnsi" w:hAnsiTheme="majorHAnsi" w:cstheme="majorHAnsi"/>
              </w:rPr>
              <w:t>3.</w:t>
            </w:r>
          </w:p>
        </w:tc>
        <w:tc>
          <w:tcPr>
            <w:tcW w:w="3504" w:type="dxa"/>
          </w:tcPr>
          <w:p w14:paraId="08CF1A43" w14:textId="77777777" w:rsidR="005207F8" w:rsidRPr="00482731" w:rsidRDefault="005207F8">
            <w:pPr>
              <w:rPr>
                <w:rFonts w:asciiTheme="majorHAnsi" w:hAnsiTheme="majorHAnsi" w:cstheme="majorHAnsi"/>
              </w:rPr>
            </w:pPr>
          </w:p>
        </w:tc>
        <w:tc>
          <w:tcPr>
            <w:tcW w:w="3504" w:type="dxa"/>
          </w:tcPr>
          <w:p w14:paraId="0C2F3B35" w14:textId="77777777" w:rsidR="005207F8" w:rsidRPr="00482731" w:rsidRDefault="00000000">
            <w:pPr>
              <w:rPr>
                <w:rFonts w:asciiTheme="majorHAnsi" w:hAnsiTheme="majorHAnsi" w:cstheme="majorHAnsi"/>
              </w:rPr>
            </w:pPr>
            <w:r w:rsidRPr="00482731">
              <w:rPr>
                <w:rFonts w:ascii="Segoe UI Symbol" w:hAnsi="Segoe UI Symbol" w:cs="Segoe UI Symbol"/>
              </w:rPr>
              <w:t>☐</w:t>
            </w:r>
            <w:r w:rsidRPr="00482731">
              <w:rPr>
                <w:rFonts w:asciiTheme="majorHAnsi" w:hAnsiTheme="majorHAnsi" w:cstheme="majorHAnsi"/>
              </w:rPr>
              <w:t xml:space="preserve">8–10 </w:t>
            </w:r>
            <w:r w:rsidRPr="00482731">
              <w:rPr>
                <w:rFonts w:ascii="Segoe UI Symbol" w:hAnsi="Segoe UI Symbol" w:cs="Segoe UI Symbol"/>
              </w:rPr>
              <w:t>☐</w:t>
            </w:r>
            <w:r w:rsidRPr="00482731">
              <w:rPr>
                <w:rFonts w:asciiTheme="majorHAnsi" w:hAnsiTheme="majorHAnsi" w:cstheme="majorHAnsi"/>
              </w:rPr>
              <w:t xml:space="preserve">11–13 </w:t>
            </w:r>
            <w:r w:rsidRPr="00482731">
              <w:rPr>
                <w:rFonts w:ascii="Segoe UI Symbol" w:hAnsi="Segoe UI Symbol" w:cs="Segoe UI Symbol"/>
              </w:rPr>
              <w:t>☐</w:t>
            </w:r>
            <w:r w:rsidRPr="00482731">
              <w:rPr>
                <w:rFonts w:asciiTheme="majorHAnsi" w:hAnsiTheme="majorHAnsi" w:cstheme="majorHAnsi"/>
              </w:rPr>
              <w:t xml:space="preserve">14–16 </w:t>
            </w:r>
            <w:r w:rsidRPr="00482731">
              <w:rPr>
                <w:rFonts w:ascii="Segoe UI Symbol" w:hAnsi="Segoe UI Symbol" w:cs="Segoe UI Symbol"/>
              </w:rPr>
              <w:t>☐</w:t>
            </w:r>
            <w:r w:rsidRPr="00482731">
              <w:rPr>
                <w:rFonts w:asciiTheme="majorHAnsi" w:hAnsiTheme="majorHAnsi" w:cstheme="majorHAnsi"/>
              </w:rPr>
              <w:t>17+</w:t>
            </w:r>
          </w:p>
        </w:tc>
      </w:tr>
      <w:tr w:rsidR="005207F8" w:rsidRPr="00482731" w14:paraId="59EE6F45" w14:textId="77777777">
        <w:tc>
          <w:tcPr>
            <w:tcW w:w="3504" w:type="dxa"/>
          </w:tcPr>
          <w:p w14:paraId="78EC4459" w14:textId="6F3FE2B0" w:rsidR="005207F8" w:rsidRPr="00482731" w:rsidRDefault="00FE49F8">
            <w:pPr>
              <w:rPr>
                <w:rFonts w:asciiTheme="majorHAnsi" w:hAnsiTheme="majorHAnsi" w:cstheme="majorHAnsi"/>
              </w:rPr>
            </w:pPr>
            <w:r>
              <w:rPr>
                <w:rFonts w:asciiTheme="majorHAnsi" w:hAnsiTheme="majorHAnsi" w:cstheme="majorHAnsi"/>
              </w:rPr>
              <w:t>4.</w:t>
            </w:r>
          </w:p>
        </w:tc>
        <w:tc>
          <w:tcPr>
            <w:tcW w:w="3504" w:type="dxa"/>
          </w:tcPr>
          <w:p w14:paraId="1B071181" w14:textId="77777777" w:rsidR="005207F8" w:rsidRPr="00482731" w:rsidRDefault="005207F8">
            <w:pPr>
              <w:rPr>
                <w:rFonts w:asciiTheme="majorHAnsi" w:hAnsiTheme="majorHAnsi" w:cstheme="majorHAnsi"/>
              </w:rPr>
            </w:pPr>
          </w:p>
        </w:tc>
        <w:tc>
          <w:tcPr>
            <w:tcW w:w="3504" w:type="dxa"/>
          </w:tcPr>
          <w:p w14:paraId="79374F69" w14:textId="77777777" w:rsidR="005207F8" w:rsidRPr="00482731" w:rsidRDefault="00000000">
            <w:pPr>
              <w:rPr>
                <w:rFonts w:asciiTheme="majorHAnsi" w:hAnsiTheme="majorHAnsi" w:cstheme="majorHAnsi"/>
              </w:rPr>
            </w:pPr>
            <w:r w:rsidRPr="00482731">
              <w:rPr>
                <w:rFonts w:ascii="Segoe UI Symbol" w:hAnsi="Segoe UI Symbol" w:cs="Segoe UI Symbol"/>
              </w:rPr>
              <w:t>☐</w:t>
            </w:r>
            <w:r w:rsidRPr="00482731">
              <w:rPr>
                <w:rFonts w:asciiTheme="majorHAnsi" w:hAnsiTheme="majorHAnsi" w:cstheme="majorHAnsi"/>
              </w:rPr>
              <w:t xml:space="preserve">8–10 </w:t>
            </w:r>
            <w:r w:rsidRPr="00482731">
              <w:rPr>
                <w:rFonts w:ascii="Segoe UI Symbol" w:hAnsi="Segoe UI Symbol" w:cs="Segoe UI Symbol"/>
              </w:rPr>
              <w:t>☐</w:t>
            </w:r>
            <w:r w:rsidRPr="00482731">
              <w:rPr>
                <w:rFonts w:asciiTheme="majorHAnsi" w:hAnsiTheme="majorHAnsi" w:cstheme="majorHAnsi"/>
              </w:rPr>
              <w:t xml:space="preserve">11–13 </w:t>
            </w:r>
            <w:r w:rsidRPr="00482731">
              <w:rPr>
                <w:rFonts w:ascii="Segoe UI Symbol" w:hAnsi="Segoe UI Symbol" w:cs="Segoe UI Symbol"/>
              </w:rPr>
              <w:t>☐</w:t>
            </w:r>
            <w:r w:rsidRPr="00482731">
              <w:rPr>
                <w:rFonts w:asciiTheme="majorHAnsi" w:hAnsiTheme="majorHAnsi" w:cstheme="majorHAnsi"/>
              </w:rPr>
              <w:t xml:space="preserve">14–16 </w:t>
            </w:r>
            <w:r w:rsidRPr="00482731">
              <w:rPr>
                <w:rFonts w:ascii="Segoe UI Symbol" w:hAnsi="Segoe UI Symbol" w:cs="Segoe UI Symbol"/>
              </w:rPr>
              <w:t>☐</w:t>
            </w:r>
            <w:r w:rsidRPr="00482731">
              <w:rPr>
                <w:rFonts w:asciiTheme="majorHAnsi" w:hAnsiTheme="majorHAnsi" w:cstheme="majorHAnsi"/>
              </w:rPr>
              <w:t>17+</w:t>
            </w:r>
          </w:p>
        </w:tc>
      </w:tr>
      <w:tr w:rsidR="005207F8" w:rsidRPr="00482731" w14:paraId="63C92DFD" w14:textId="77777777">
        <w:tc>
          <w:tcPr>
            <w:tcW w:w="3504" w:type="dxa"/>
          </w:tcPr>
          <w:p w14:paraId="2B2F9B23" w14:textId="72604049" w:rsidR="005207F8" w:rsidRPr="00482731" w:rsidRDefault="00FE49F8">
            <w:pPr>
              <w:rPr>
                <w:rFonts w:asciiTheme="majorHAnsi" w:hAnsiTheme="majorHAnsi" w:cstheme="majorHAnsi"/>
              </w:rPr>
            </w:pPr>
            <w:r>
              <w:rPr>
                <w:rFonts w:asciiTheme="majorHAnsi" w:hAnsiTheme="majorHAnsi" w:cstheme="majorHAnsi"/>
              </w:rPr>
              <w:t>5.</w:t>
            </w:r>
          </w:p>
        </w:tc>
        <w:tc>
          <w:tcPr>
            <w:tcW w:w="3504" w:type="dxa"/>
          </w:tcPr>
          <w:p w14:paraId="5C5F44DC" w14:textId="77777777" w:rsidR="005207F8" w:rsidRPr="00482731" w:rsidRDefault="005207F8">
            <w:pPr>
              <w:rPr>
                <w:rFonts w:asciiTheme="majorHAnsi" w:hAnsiTheme="majorHAnsi" w:cstheme="majorHAnsi"/>
              </w:rPr>
            </w:pPr>
          </w:p>
        </w:tc>
        <w:tc>
          <w:tcPr>
            <w:tcW w:w="3504" w:type="dxa"/>
          </w:tcPr>
          <w:p w14:paraId="4DE1A023" w14:textId="77777777" w:rsidR="005207F8" w:rsidRPr="00482731" w:rsidRDefault="00000000">
            <w:pPr>
              <w:rPr>
                <w:rFonts w:asciiTheme="majorHAnsi" w:hAnsiTheme="majorHAnsi" w:cstheme="majorHAnsi"/>
              </w:rPr>
            </w:pPr>
            <w:r w:rsidRPr="00482731">
              <w:rPr>
                <w:rFonts w:ascii="Segoe UI Symbol" w:hAnsi="Segoe UI Symbol" w:cs="Segoe UI Symbol"/>
              </w:rPr>
              <w:t>☐</w:t>
            </w:r>
            <w:r w:rsidRPr="00482731">
              <w:rPr>
                <w:rFonts w:asciiTheme="majorHAnsi" w:hAnsiTheme="majorHAnsi" w:cstheme="majorHAnsi"/>
              </w:rPr>
              <w:t xml:space="preserve">8–10 </w:t>
            </w:r>
            <w:r w:rsidRPr="00482731">
              <w:rPr>
                <w:rFonts w:ascii="Segoe UI Symbol" w:hAnsi="Segoe UI Symbol" w:cs="Segoe UI Symbol"/>
              </w:rPr>
              <w:t>☐</w:t>
            </w:r>
            <w:r w:rsidRPr="00482731">
              <w:rPr>
                <w:rFonts w:asciiTheme="majorHAnsi" w:hAnsiTheme="majorHAnsi" w:cstheme="majorHAnsi"/>
              </w:rPr>
              <w:t xml:space="preserve">11–13 </w:t>
            </w:r>
            <w:r w:rsidRPr="00482731">
              <w:rPr>
                <w:rFonts w:ascii="Segoe UI Symbol" w:hAnsi="Segoe UI Symbol" w:cs="Segoe UI Symbol"/>
              </w:rPr>
              <w:t>☐</w:t>
            </w:r>
            <w:r w:rsidRPr="00482731">
              <w:rPr>
                <w:rFonts w:asciiTheme="majorHAnsi" w:hAnsiTheme="majorHAnsi" w:cstheme="majorHAnsi"/>
              </w:rPr>
              <w:t xml:space="preserve">14–16 </w:t>
            </w:r>
            <w:r w:rsidRPr="00482731">
              <w:rPr>
                <w:rFonts w:ascii="Segoe UI Symbol" w:hAnsi="Segoe UI Symbol" w:cs="Segoe UI Symbol"/>
              </w:rPr>
              <w:t>☐</w:t>
            </w:r>
            <w:r w:rsidRPr="00482731">
              <w:rPr>
                <w:rFonts w:asciiTheme="majorHAnsi" w:hAnsiTheme="majorHAnsi" w:cstheme="majorHAnsi"/>
              </w:rPr>
              <w:t>17+</w:t>
            </w:r>
          </w:p>
        </w:tc>
      </w:tr>
      <w:tr w:rsidR="005207F8" w:rsidRPr="00482731" w14:paraId="0F85FDAD" w14:textId="77777777">
        <w:tc>
          <w:tcPr>
            <w:tcW w:w="3504" w:type="dxa"/>
          </w:tcPr>
          <w:p w14:paraId="37F6237E" w14:textId="1DC2E11E" w:rsidR="005207F8" w:rsidRPr="00482731" w:rsidRDefault="00FE49F8">
            <w:pPr>
              <w:rPr>
                <w:rFonts w:asciiTheme="majorHAnsi" w:hAnsiTheme="majorHAnsi" w:cstheme="majorHAnsi"/>
              </w:rPr>
            </w:pPr>
            <w:r>
              <w:rPr>
                <w:rFonts w:asciiTheme="majorHAnsi" w:hAnsiTheme="majorHAnsi" w:cstheme="majorHAnsi"/>
              </w:rPr>
              <w:t>6.</w:t>
            </w:r>
          </w:p>
        </w:tc>
        <w:tc>
          <w:tcPr>
            <w:tcW w:w="3504" w:type="dxa"/>
          </w:tcPr>
          <w:p w14:paraId="78BC77C8" w14:textId="77777777" w:rsidR="005207F8" w:rsidRPr="00482731" w:rsidRDefault="005207F8">
            <w:pPr>
              <w:rPr>
                <w:rFonts w:asciiTheme="majorHAnsi" w:hAnsiTheme="majorHAnsi" w:cstheme="majorHAnsi"/>
              </w:rPr>
            </w:pPr>
          </w:p>
        </w:tc>
        <w:tc>
          <w:tcPr>
            <w:tcW w:w="3504" w:type="dxa"/>
          </w:tcPr>
          <w:p w14:paraId="714C19C8" w14:textId="77777777" w:rsidR="005207F8" w:rsidRPr="00482731" w:rsidRDefault="00000000">
            <w:pPr>
              <w:rPr>
                <w:rFonts w:asciiTheme="majorHAnsi" w:hAnsiTheme="majorHAnsi" w:cstheme="majorHAnsi"/>
              </w:rPr>
            </w:pPr>
            <w:r w:rsidRPr="00482731">
              <w:rPr>
                <w:rFonts w:ascii="Segoe UI Symbol" w:hAnsi="Segoe UI Symbol" w:cs="Segoe UI Symbol"/>
              </w:rPr>
              <w:t>☐</w:t>
            </w:r>
            <w:r w:rsidRPr="00482731">
              <w:rPr>
                <w:rFonts w:asciiTheme="majorHAnsi" w:hAnsiTheme="majorHAnsi" w:cstheme="majorHAnsi"/>
              </w:rPr>
              <w:t xml:space="preserve">8–10 </w:t>
            </w:r>
            <w:r w:rsidRPr="00482731">
              <w:rPr>
                <w:rFonts w:ascii="Segoe UI Symbol" w:hAnsi="Segoe UI Symbol" w:cs="Segoe UI Symbol"/>
              </w:rPr>
              <w:t>☐</w:t>
            </w:r>
            <w:r w:rsidRPr="00482731">
              <w:rPr>
                <w:rFonts w:asciiTheme="majorHAnsi" w:hAnsiTheme="majorHAnsi" w:cstheme="majorHAnsi"/>
              </w:rPr>
              <w:t xml:space="preserve">11–13 </w:t>
            </w:r>
            <w:r w:rsidRPr="00482731">
              <w:rPr>
                <w:rFonts w:ascii="Segoe UI Symbol" w:hAnsi="Segoe UI Symbol" w:cs="Segoe UI Symbol"/>
              </w:rPr>
              <w:t>☐</w:t>
            </w:r>
            <w:r w:rsidRPr="00482731">
              <w:rPr>
                <w:rFonts w:asciiTheme="majorHAnsi" w:hAnsiTheme="majorHAnsi" w:cstheme="majorHAnsi"/>
              </w:rPr>
              <w:t xml:space="preserve">14–16 </w:t>
            </w:r>
            <w:r w:rsidRPr="00482731">
              <w:rPr>
                <w:rFonts w:ascii="Segoe UI Symbol" w:hAnsi="Segoe UI Symbol" w:cs="Segoe UI Symbol"/>
              </w:rPr>
              <w:t>☐</w:t>
            </w:r>
            <w:r w:rsidRPr="00482731">
              <w:rPr>
                <w:rFonts w:asciiTheme="majorHAnsi" w:hAnsiTheme="majorHAnsi" w:cstheme="majorHAnsi"/>
              </w:rPr>
              <w:t>17+</w:t>
            </w:r>
          </w:p>
        </w:tc>
      </w:tr>
    </w:tbl>
    <w:p w14:paraId="22619E9B" w14:textId="77777777" w:rsidR="005207F8" w:rsidRPr="00482731" w:rsidRDefault="00000000">
      <w:pPr>
        <w:pStyle w:val="Heading2"/>
        <w:rPr>
          <w:rFonts w:cstheme="majorHAnsi"/>
        </w:rPr>
      </w:pPr>
      <w:r w:rsidRPr="00482731">
        <w:rPr>
          <w:rFonts w:cstheme="majorHAnsi"/>
        </w:rPr>
        <w:t>4. Emergency Contact</w:t>
      </w:r>
    </w:p>
    <w:p w14:paraId="160E6219" w14:textId="77777777" w:rsidR="005207F8" w:rsidRPr="00482731" w:rsidRDefault="00000000">
      <w:pPr>
        <w:rPr>
          <w:rFonts w:asciiTheme="majorHAnsi" w:hAnsiTheme="majorHAnsi" w:cstheme="majorHAnsi"/>
        </w:rPr>
      </w:pPr>
      <w:r w:rsidRPr="00482731">
        <w:rPr>
          <w:rFonts w:asciiTheme="majorHAnsi" w:hAnsiTheme="majorHAnsi" w:cstheme="majorHAnsi"/>
        </w:rPr>
        <w:t>Name: __________________</w:t>
      </w:r>
    </w:p>
    <w:p w14:paraId="40D61EFE" w14:textId="77777777" w:rsidR="005207F8" w:rsidRPr="00482731" w:rsidRDefault="00000000">
      <w:pPr>
        <w:rPr>
          <w:rFonts w:asciiTheme="majorHAnsi" w:hAnsiTheme="majorHAnsi" w:cstheme="majorHAnsi"/>
        </w:rPr>
      </w:pPr>
      <w:r w:rsidRPr="00482731">
        <w:rPr>
          <w:rFonts w:asciiTheme="majorHAnsi" w:hAnsiTheme="majorHAnsi" w:cstheme="majorHAnsi"/>
        </w:rPr>
        <w:t>Telephone: __________________</w:t>
      </w:r>
    </w:p>
    <w:p w14:paraId="716FBBCE" w14:textId="77777777" w:rsidR="005207F8" w:rsidRPr="00482731" w:rsidRDefault="00000000">
      <w:pPr>
        <w:rPr>
          <w:rFonts w:asciiTheme="majorHAnsi" w:hAnsiTheme="majorHAnsi" w:cstheme="majorHAnsi"/>
        </w:rPr>
      </w:pPr>
      <w:r w:rsidRPr="00482731">
        <w:rPr>
          <w:rFonts w:asciiTheme="majorHAnsi" w:hAnsiTheme="majorHAnsi" w:cstheme="majorHAnsi"/>
        </w:rPr>
        <w:t>Relationship: __________________</w:t>
      </w:r>
    </w:p>
    <w:p w14:paraId="6684BD41" w14:textId="77777777" w:rsidR="005207F8" w:rsidRPr="00482731" w:rsidRDefault="00000000">
      <w:pPr>
        <w:pStyle w:val="Heading2"/>
        <w:rPr>
          <w:rFonts w:cstheme="majorHAnsi"/>
        </w:rPr>
      </w:pPr>
      <w:r w:rsidRPr="00482731">
        <w:rPr>
          <w:rFonts w:cstheme="majorHAnsi"/>
        </w:rPr>
        <w:t>5. Health &amp; Accessibility</w:t>
      </w:r>
    </w:p>
    <w:p w14:paraId="0D5D445A" w14:textId="0E7AE1D1" w:rsidR="005207F8" w:rsidRPr="00482731" w:rsidRDefault="00FE49F8">
      <w:pPr>
        <w:rPr>
          <w:rFonts w:asciiTheme="majorHAnsi" w:hAnsiTheme="majorHAnsi" w:cstheme="majorHAnsi"/>
        </w:rPr>
      </w:pPr>
      <w:r>
        <w:rPr>
          <w:rFonts w:asciiTheme="majorHAnsi" w:hAnsiTheme="majorHAnsi" w:cstheme="majorHAnsi"/>
        </w:rPr>
        <w:t>Please let us know about any m</w:t>
      </w:r>
      <w:r w:rsidRPr="00482731">
        <w:rPr>
          <w:rFonts w:asciiTheme="majorHAnsi" w:hAnsiTheme="majorHAnsi" w:cstheme="majorHAnsi"/>
        </w:rPr>
        <w:t>edical</w:t>
      </w:r>
      <w:r>
        <w:rPr>
          <w:rFonts w:asciiTheme="majorHAnsi" w:hAnsiTheme="majorHAnsi" w:cstheme="majorHAnsi"/>
        </w:rPr>
        <w:t xml:space="preserve"> conditions, </w:t>
      </w:r>
      <w:r w:rsidRPr="00482731">
        <w:rPr>
          <w:rFonts w:asciiTheme="majorHAnsi" w:hAnsiTheme="majorHAnsi" w:cstheme="majorHAnsi"/>
        </w:rPr>
        <w:t>/allergies/dietary/</w:t>
      </w:r>
      <w:r>
        <w:rPr>
          <w:rFonts w:asciiTheme="majorHAnsi" w:hAnsiTheme="majorHAnsi" w:cstheme="majorHAnsi"/>
        </w:rPr>
        <w:t xml:space="preserve">accessibility </w:t>
      </w:r>
      <w:r w:rsidRPr="00482731">
        <w:rPr>
          <w:rFonts w:asciiTheme="majorHAnsi" w:hAnsiTheme="majorHAnsi" w:cstheme="majorHAnsi"/>
        </w:rPr>
        <w:t>needs</w:t>
      </w:r>
      <w:r>
        <w:rPr>
          <w:rFonts w:asciiTheme="majorHAnsi" w:hAnsiTheme="majorHAnsi" w:cstheme="majorHAnsi"/>
        </w:rPr>
        <w:t xml:space="preserve"> or additional support requirements.</w:t>
      </w:r>
    </w:p>
    <w:p w14:paraId="4E13ED16" w14:textId="77777777" w:rsidR="005207F8" w:rsidRPr="00482731" w:rsidRDefault="00000000">
      <w:pPr>
        <w:rPr>
          <w:rFonts w:asciiTheme="majorHAnsi" w:hAnsiTheme="majorHAnsi" w:cstheme="majorHAnsi"/>
        </w:rPr>
      </w:pPr>
      <w:r w:rsidRPr="00482731">
        <w:rPr>
          <w:rFonts w:asciiTheme="majorHAnsi" w:hAnsiTheme="majorHAnsi" w:cstheme="majorHAnsi"/>
        </w:rPr>
        <w:t>____________________________________________________</w:t>
      </w:r>
    </w:p>
    <w:p w14:paraId="6D7B4E44" w14:textId="77777777" w:rsidR="005207F8" w:rsidRPr="00482731" w:rsidRDefault="00000000">
      <w:pPr>
        <w:rPr>
          <w:rFonts w:asciiTheme="majorHAnsi" w:hAnsiTheme="majorHAnsi" w:cstheme="majorHAnsi"/>
        </w:rPr>
      </w:pPr>
      <w:r w:rsidRPr="00482731">
        <w:rPr>
          <w:rFonts w:asciiTheme="majorHAnsi" w:hAnsiTheme="majorHAnsi" w:cstheme="majorHAnsi"/>
        </w:rPr>
        <w:t>____________________________________________________</w:t>
      </w:r>
    </w:p>
    <w:p w14:paraId="2E766869" w14:textId="2CCFB1A1" w:rsidR="005207F8" w:rsidRDefault="00000000">
      <w:pPr>
        <w:pStyle w:val="Heading2"/>
        <w:rPr>
          <w:rFonts w:cstheme="majorHAnsi"/>
        </w:rPr>
      </w:pPr>
      <w:r w:rsidRPr="00482731">
        <w:rPr>
          <w:rFonts w:cstheme="majorHAnsi"/>
        </w:rPr>
        <w:t>6. Photography</w:t>
      </w:r>
      <w:r w:rsidR="00FE49F8">
        <w:rPr>
          <w:rFonts w:cstheme="majorHAnsi"/>
        </w:rPr>
        <w:t>/Video</w:t>
      </w:r>
      <w:r w:rsidRPr="00482731">
        <w:rPr>
          <w:rFonts w:cstheme="majorHAnsi"/>
        </w:rPr>
        <w:t xml:space="preserve"> Consent</w:t>
      </w:r>
    </w:p>
    <w:p w14:paraId="05B711F9" w14:textId="3313A634" w:rsidR="00FE49F8" w:rsidRPr="00FE49F8" w:rsidRDefault="00FE49F8" w:rsidP="00FE49F8">
      <w:pPr>
        <w:rPr>
          <w:rFonts w:asciiTheme="majorHAnsi" w:hAnsiTheme="majorHAnsi" w:cstheme="majorHAnsi"/>
        </w:rPr>
      </w:pPr>
      <w:r w:rsidRPr="00FE49F8">
        <w:rPr>
          <w:rFonts w:asciiTheme="majorHAnsi" w:hAnsiTheme="majorHAnsi" w:cstheme="majorHAnsi"/>
        </w:rPr>
        <w:t xml:space="preserve">Photographs and video may be taken during the </w:t>
      </w:r>
      <w:r>
        <w:rPr>
          <w:rFonts w:asciiTheme="majorHAnsi" w:hAnsiTheme="majorHAnsi" w:cstheme="majorHAnsi"/>
        </w:rPr>
        <w:t>workshops</w:t>
      </w:r>
      <w:r w:rsidRPr="00FE49F8">
        <w:rPr>
          <w:rFonts w:asciiTheme="majorHAnsi" w:hAnsiTheme="majorHAnsi" w:cstheme="majorHAnsi"/>
        </w:rPr>
        <w:t xml:space="preserve"> to promote future community activities through printed publicity, social media</w:t>
      </w:r>
      <w:r>
        <w:rPr>
          <w:rFonts w:asciiTheme="majorHAnsi" w:hAnsiTheme="majorHAnsi" w:cstheme="majorHAnsi"/>
        </w:rPr>
        <w:t xml:space="preserve">, websites </w:t>
      </w:r>
      <w:r w:rsidRPr="00FE49F8">
        <w:rPr>
          <w:rFonts w:asciiTheme="majorHAnsi" w:hAnsiTheme="majorHAnsi" w:cstheme="majorHAnsi"/>
        </w:rPr>
        <w:t>and funding reports</w:t>
      </w:r>
      <w:r w:rsidR="007D66AE">
        <w:rPr>
          <w:rFonts w:asciiTheme="majorHAnsi" w:hAnsiTheme="majorHAnsi" w:cstheme="majorHAnsi"/>
        </w:rPr>
        <w:t>.</w:t>
      </w:r>
    </w:p>
    <w:p w14:paraId="0F905898" w14:textId="77777777" w:rsidR="005207F8" w:rsidRPr="00482731" w:rsidRDefault="00000000">
      <w:pPr>
        <w:rPr>
          <w:rFonts w:asciiTheme="majorHAnsi" w:hAnsiTheme="majorHAnsi" w:cstheme="majorHAnsi"/>
        </w:rPr>
      </w:pPr>
      <w:r w:rsidRPr="00482731">
        <w:rPr>
          <w:rFonts w:ascii="Segoe UI Symbol" w:hAnsi="Segoe UI Symbol" w:cs="Segoe UI Symbol"/>
        </w:rPr>
        <w:t>☐</w:t>
      </w:r>
      <w:r w:rsidRPr="00482731">
        <w:rPr>
          <w:rFonts w:asciiTheme="majorHAnsi" w:hAnsiTheme="majorHAnsi" w:cstheme="majorHAnsi"/>
        </w:rPr>
        <w:t xml:space="preserve"> Yes, I give permission.</w:t>
      </w:r>
    </w:p>
    <w:p w14:paraId="2FA36788" w14:textId="77777777" w:rsidR="005207F8" w:rsidRPr="00482731" w:rsidRDefault="00000000">
      <w:pPr>
        <w:rPr>
          <w:rFonts w:asciiTheme="majorHAnsi" w:hAnsiTheme="majorHAnsi" w:cstheme="majorHAnsi"/>
        </w:rPr>
      </w:pPr>
      <w:r w:rsidRPr="00482731">
        <w:rPr>
          <w:rFonts w:ascii="Segoe UI Symbol" w:hAnsi="Segoe UI Symbol" w:cs="Segoe UI Symbol"/>
        </w:rPr>
        <w:t>☐</w:t>
      </w:r>
      <w:r w:rsidRPr="00482731">
        <w:rPr>
          <w:rFonts w:asciiTheme="majorHAnsi" w:hAnsiTheme="majorHAnsi" w:cstheme="majorHAnsi"/>
        </w:rPr>
        <w:t xml:space="preserve"> No, I do not give permission.</w:t>
      </w:r>
    </w:p>
    <w:p w14:paraId="2AC79B9B" w14:textId="77777777" w:rsidR="005207F8" w:rsidRPr="00482731" w:rsidRDefault="00000000">
      <w:pPr>
        <w:pStyle w:val="Heading2"/>
        <w:rPr>
          <w:rFonts w:cstheme="majorHAnsi"/>
        </w:rPr>
      </w:pPr>
      <w:r w:rsidRPr="00482731">
        <w:rPr>
          <w:rFonts w:cstheme="majorHAnsi"/>
        </w:rPr>
        <w:lastRenderedPageBreak/>
        <w:t>7. Monitoring Information (Optional)</w:t>
      </w:r>
    </w:p>
    <w:p w14:paraId="46A962EC" w14:textId="77777777" w:rsidR="005207F8" w:rsidRPr="00482731" w:rsidRDefault="00000000">
      <w:pPr>
        <w:rPr>
          <w:rFonts w:asciiTheme="majorHAnsi" w:hAnsiTheme="majorHAnsi" w:cstheme="majorHAnsi"/>
        </w:rPr>
      </w:pPr>
      <w:r w:rsidRPr="00482731">
        <w:rPr>
          <w:rFonts w:asciiTheme="majorHAnsi" w:hAnsiTheme="majorHAnsi" w:cstheme="majorHAnsi"/>
        </w:rPr>
        <w:t>Postcode: __________</w:t>
      </w:r>
    </w:p>
    <w:p w14:paraId="6B44DADD" w14:textId="77777777" w:rsidR="005207F8" w:rsidRPr="00482731" w:rsidRDefault="00000000">
      <w:pPr>
        <w:rPr>
          <w:rFonts w:asciiTheme="majorHAnsi" w:hAnsiTheme="majorHAnsi" w:cstheme="majorHAnsi"/>
        </w:rPr>
      </w:pPr>
      <w:r w:rsidRPr="00482731">
        <w:rPr>
          <w:rFonts w:asciiTheme="majorHAnsi" w:hAnsiTheme="majorHAnsi" w:cstheme="majorHAnsi"/>
        </w:rPr>
        <w:t xml:space="preserve">First family workshop? </w:t>
      </w:r>
      <w:r w:rsidRPr="00482731">
        <w:rPr>
          <w:rFonts w:ascii="Segoe UI Symbol" w:hAnsi="Segoe UI Symbol" w:cs="Segoe UI Symbol"/>
        </w:rPr>
        <w:t>☐</w:t>
      </w:r>
      <w:r w:rsidRPr="00482731">
        <w:rPr>
          <w:rFonts w:asciiTheme="majorHAnsi" w:hAnsiTheme="majorHAnsi" w:cstheme="majorHAnsi"/>
        </w:rPr>
        <w:t xml:space="preserve"> Yes </w:t>
      </w:r>
      <w:r w:rsidRPr="00482731">
        <w:rPr>
          <w:rFonts w:ascii="Segoe UI Symbol" w:hAnsi="Segoe UI Symbol" w:cs="Segoe UI Symbol"/>
        </w:rPr>
        <w:t>☐</w:t>
      </w:r>
      <w:r w:rsidRPr="00482731">
        <w:rPr>
          <w:rFonts w:asciiTheme="majorHAnsi" w:hAnsiTheme="majorHAnsi" w:cstheme="majorHAnsi"/>
        </w:rPr>
        <w:t xml:space="preserve"> No</w:t>
      </w:r>
    </w:p>
    <w:p w14:paraId="4B8D360A" w14:textId="77777777" w:rsidR="005207F8" w:rsidRPr="00482731" w:rsidRDefault="00000000">
      <w:pPr>
        <w:rPr>
          <w:rFonts w:asciiTheme="majorHAnsi" w:hAnsiTheme="majorHAnsi" w:cstheme="majorHAnsi"/>
        </w:rPr>
      </w:pPr>
      <w:r w:rsidRPr="00482731">
        <w:rPr>
          <w:rFonts w:asciiTheme="majorHAnsi" w:hAnsiTheme="majorHAnsi" w:cstheme="majorHAnsi"/>
        </w:rPr>
        <w:t xml:space="preserve">Interested in: </w:t>
      </w:r>
      <w:r w:rsidRPr="00482731">
        <w:rPr>
          <w:rFonts w:ascii="Segoe UI Symbol" w:hAnsi="Segoe UI Symbol" w:cs="Segoe UI Symbol"/>
        </w:rPr>
        <w:t>☐</w:t>
      </w:r>
      <w:r w:rsidRPr="00482731">
        <w:rPr>
          <w:rFonts w:asciiTheme="majorHAnsi" w:hAnsiTheme="majorHAnsi" w:cstheme="majorHAnsi"/>
        </w:rPr>
        <w:t xml:space="preserve"> Radio </w:t>
      </w:r>
      <w:r w:rsidRPr="00482731">
        <w:rPr>
          <w:rFonts w:ascii="Segoe UI Symbol" w:hAnsi="Segoe UI Symbol" w:cs="Segoe UI Symbol"/>
        </w:rPr>
        <w:t>☐</w:t>
      </w:r>
      <w:r w:rsidRPr="00482731">
        <w:rPr>
          <w:rFonts w:asciiTheme="majorHAnsi" w:hAnsiTheme="majorHAnsi" w:cstheme="majorHAnsi"/>
        </w:rPr>
        <w:t xml:space="preserve"> Presenting </w:t>
      </w:r>
      <w:r w:rsidRPr="00482731">
        <w:rPr>
          <w:rFonts w:ascii="Segoe UI Symbol" w:hAnsi="Segoe UI Symbol" w:cs="Segoe UI Symbol"/>
        </w:rPr>
        <w:t>☐</w:t>
      </w:r>
      <w:r w:rsidRPr="00482731">
        <w:rPr>
          <w:rFonts w:asciiTheme="majorHAnsi" w:hAnsiTheme="majorHAnsi" w:cstheme="majorHAnsi"/>
        </w:rPr>
        <w:t xml:space="preserve"> Interviewing </w:t>
      </w:r>
      <w:r w:rsidRPr="00482731">
        <w:rPr>
          <w:rFonts w:ascii="Segoe UI Symbol" w:hAnsi="Segoe UI Symbol" w:cs="Segoe UI Symbol"/>
        </w:rPr>
        <w:t>☐</w:t>
      </w:r>
      <w:r w:rsidRPr="00482731">
        <w:rPr>
          <w:rFonts w:asciiTheme="majorHAnsi" w:hAnsiTheme="majorHAnsi" w:cstheme="majorHAnsi"/>
        </w:rPr>
        <w:t xml:space="preserve"> Ukulele </w:t>
      </w:r>
      <w:r w:rsidRPr="00482731">
        <w:rPr>
          <w:rFonts w:ascii="Segoe UI Symbol" w:hAnsi="Segoe UI Symbol" w:cs="Segoe UI Symbol"/>
        </w:rPr>
        <w:t>☐</w:t>
      </w:r>
      <w:r w:rsidRPr="00482731">
        <w:rPr>
          <w:rFonts w:asciiTheme="majorHAnsi" w:hAnsiTheme="majorHAnsi" w:cstheme="majorHAnsi"/>
        </w:rPr>
        <w:t xml:space="preserve"> Family activity </w:t>
      </w:r>
      <w:r w:rsidRPr="00482731">
        <w:rPr>
          <w:rFonts w:ascii="Segoe UI Symbol" w:hAnsi="Segoe UI Symbol" w:cs="Segoe UI Symbol"/>
        </w:rPr>
        <w:t>☐</w:t>
      </w:r>
      <w:r w:rsidRPr="00482731">
        <w:rPr>
          <w:rFonts w:asciiTheme="majorHAnsi" w:hAnsiTheme="majorHAnsi" w:cstheme="majorHAnsi"/>
        </w:rPr>
        <w:t xml:space="preserve"> Other</w:t>
      </w:r>
    </w:p>
    <w:p w14:paraId="035EEABD" w14:textId="77777777" w:rsidR="005207F8" w:rsidRPr="00482731" w:rsidRDefault="00000000">
      <w:pPr>
        <w:rPr>
          <w:rFonts w:asciiTheme="majorHAnsi" w:hAnsiTheme="majorHAnsi" w:cstheme="majorHAnsi"/>
        </w:rPr>
      </w:pPr>
      <w:r w:rsidRPr="00482731">
        <w:rPr>
          <w:rFonts w:asciiTheme="majorHAnsi" w:hAnsiTheme="majorHAnsi" w:cstheme="majorHAnsi"/>
        </w:rPr>
        <w:t xml:space="preserve">Heard about us: </w:t>
      </w:r>
      <w:r w:rsidRPr="00482731">
        <w:rPr>
          <w:rFonts w:ascii="Segoe UI Symbol" w:hAnsi="Segoe UI Symbol" w:cs="Segoe UI Symbol"/>
        </w:rPr>
        <w:t>☐</w:t>
      </w:r>
      <w:r w:rsidRPr="00482731">
        <w:rPr>
          <w:rFonts w:asciiTheme="majorHAnsi" w:hAnsiTheme="majorHAnsi" w:cstheme="majorHAnsi"/>
        </w:rPr>
        <w:t xml:space="preserve"> School </w:t>
      </w:r>
      <w:r w:rsidRPr="00482731">
        <w:rPr>
          <w:rFonts w:ascii="Segoe UI Symbol" w:hAnsi="Segoe UI Symbol" w:cs="Segoe UI Symbol"/>
        </w:rPr>
        <w:t>☐</w:t>
      </w:r>
      <w:r w:rsidRPr="00482731">
        <w:rPr>
          <w:rFonts w:asciiTheme="majorHAnsi" w:hAnsiTheme="majorHAnsi" w:cstheme="majorHAnsi"/>
        </w:rPr>
        <w:t xml:space="preserve"> Facebook </w:t>
      </w:r>
      <w:r w:rsidRPr="00482731">
        <w:rPr>
          <w:rFonts w:ascii="Segoe UI Symbol" w:hAnsi="Segoe UI Symbol" w:cs="Segoe UI Symbol"/>
        </w:rPr>
        <w:t>☐</w:t>
      </w:r>
      <w:r w:rsidRPr="00482731">
        <w:rPr>
          <w:rFonts w:asciiTheme="majorHAnsi" w:hAnsiTheme="majorHAnsi" w:cstheme="majorHAnsi"/>
        </w:rPr>
        <w:t xml:space="preserve"> Friend </w:t>
      </w:r>
      <w:r w:rsidRPr="00482731">
        <w:rPr>
          <w:rFonts w:ascii="Segoe UI Symbol" w:hAnsi="Segoe UI Symbol" w:cs="Segoe UI Symbol"/>
        </w:rPr>
        <w:t>☐</w:t>
      </w:r>
      <w:r w:rsidRPr="00482731">
        <w:rPr>
          <w:rFonts w:asciiTheme="majorHAnsi" w:hAnsiTheme="majorHAnsi" w:cstheme="majorHAnsi"/>
        </w:rPr>
        <w:t xml:space="preserve"> Community Organisation </w:t>
      </w:r>
      <w:r w:rsidRPr="00482731">
        <w:rPr>
          <w:rFonts w:ascii="Segoe UI Symbol" w:hAnsi="Segoe UI Symbol" w:cs="Segoe UI Symbol"/>
        </w:rPr>
        <w:t>☐</w:t>
      </w:r>
      <w:r w:rsidRPr="00482731">
        <w:rPr>
          <w:rFonts w:asciiTheme="majorHAnsi" w:hAnsiTheme="majorHAnsi" w:cstheme="majorHAnsi"/>
        </w:rPr>
        <w:t xml:space="preserve"> Poster </w:t>
      </w:r>
      <w:r w:rsidRPr="00482731">
        <w:rPr>
          <w:rFonts w:ascii="Segoe UI Symbol" w:hAnsi="Segoe UI Symbol" w:cs="Segoe UI Symbol"/>
        </w:rPr>
        <w:t>☐</w:t>
      </w:r>
      <w:r w:rsidRPr="00482731">
        <w:rPr>
          <w:rFonts w:asciiTheme="majorHAnsi" w:hAnsiTheme="majorHAnsi" w:cstheme="majorHAnsi"/>
        </w:rPr>
        <w:t xml:space="preserve"> Website </w:t>
      </w:r>
      <w:r w:rsidRPr="00482731">
        <w:rPr>
          <w:rFonts w:ascii="Segoe UI Symbol" w:hAnsi="Segoe UI Symbol" w:cs="Segoe UI Symbol"/>
        </w:rPr>
        <w:t>☐</w:t>
      </w:r>
      <w:r w:rsidRPr="00482731">
        <w:rPr>
          <w:rFonts w:asciiTheme="majorHAnsi" w:hAnsiTheme="majorHAnsi" w:cstheme="majorHAnsi"/>
        </w:rPr>
        <w:t xml:space="preserve"> Other</w:t>
      </w:r>
    </w:p>
    <w:p w14:paraId="6B60049D" w14:textId="546457D3" w:rsidR="005207F8" w:rsidRPr="00482731" w:rsidRDefault="00000000">
      <w:pPr>
        <w:pStyle w:val="Heading2"/>
        <w:rPr>
          <w:rFonts w:cstheme="majorHAnsi"/>
        </w:rPr>
      </w:pPr>
      <w:r w:rsidRPr="00482731">
        <w:rPr>
          <w:rFonts w:cstheme="majorHAnsi"/>
        </w:rPr>
        <w:t>8. Additional Information</w:t>
      </w:r>
      <w:r w:rsidR="00FE49F8">
        <w:rPr>
          <w:rFonts w:cstheme="majorHAnsi"/>
        </w:rPr>
        <w:t xml:space="preserve"> – is there anything else you would like us to know?</w:t>
      </w:r>
    </w:p>
    <w:p w14:paraId="5D9DDE77" w14:textId="77777777" w:rsidR="005207F8" w:rsidRPr="00482731" w:rsidRDefault="00000000">
      <w:pPr>
        <w:rPr>
          <w:rFonts w:asciiTheme="majorHAnsi" w:hAnsiTheme="majorHAnsi" w:cstheme="majorHAnsi"/>
        </w:rPr>
      </w:pPr>
      <w:r w:rsidRPr="00482731">
        <w:rPr>
          <w:rFonts w:asciiTheme="majorHAnsi" w:hAnsiTheme="majorHAnsi" w:cstheme="majorHAnsi"/>
        </w:rPr>
        <w:t>____________________________________________________</w:t>
      </w:r>
    </w:p>
    <w:p w14:paraId="0C6C5692" w14:textId="77777777" w:rsidR="005207F8" w:rsidRPr="00482731" w:rsidRDefault="00000000">
      <w:pPr>
        <w:rPr>
          <w:rFonts w:asciiTheme="majorHAnsi" w:hAnsiTheme="majorHAnsi" w:cstheme="majorHAnsi"/>
        </w:rPr>
      </w:pPr>
      <w:r w:rsidRPr="00482731">
        <w:rPr>
          <w:rFonts w:asciiTheme="majorHAnsi" w:hAnsiTheme="majorHAnsi" w:cstheme="majorHAnsi"/>
        </w:rPr>
        <w:t>____________________________________________________</w:t>
      </w:r>
    </w:p>
    <w:p w14:paraId="3341E2A0" w14:textId="77777777" w:rsidR="005207F8" w:rsidRPr="00482731" w:rsidRDefault="00000000">
      <w:pPr>
        <w:pStyle w:val="Heading2"/>
        <w:rPr>
          <w:rFonts w:cstheme="majorHAnsi"/>
        </w:rPr>
      </w:pPr>
      <w:r w:rsidRPr="00482731">
        <w:rPr>
          <w:rFonts w:cstheme="majorHAnsi"/>
        </w:rPr>
        <w:t>Privacy Notice</w:t>
      </w:r>
    </w:p>
    <w:p w14:paraId="019FE7D3" w14:textId="77777777" w:rsidR="005207F8" w:rsidRPr="00482731" w:rsidRDefault="00000000">
      <w:pPr>
        <w:rPr>
          <w:rFonts w:asciiTheme="majorHAnsi" w:hAnsiTheme="majorHAnsi" w:cstheme="majorHAnsi"/>
        </w:rPr>
      </w:pPr>
      <w:r w:rsidRPr="00482731">
        <w:rPr>
          <w:rFonts w:asciiTheme="majorHAnsi" w:hAnsiTheme="majorHAnsi" w:cstheme="majorHAnsi"/>
        </w:rPr>
        <w:t>Your information will only be used to manage your booking, support safeguarding, communicate about the workshop and provide anonymous monitoring information to the grant funder. It will be stored securely in accordance with UK data protection legislation.</w:t>
      </w:r>
    </w:p>
    <w:p w14:paraId="6E8D3901" w14:textId="6266B335" w:rsidR="005207F8" w:rsidRPr="00482731" w:rsidRDefault="00000000">
      <w:pPr>
        <w:pStyle w:val="Heading2"/>
        <w:rPr>
          <w:rFonts w:cstheme="majorHAnsi"/>
        </w:rPr>
      </w:pPr>
      <w:r w:rsidRPr="00482731">
        <w:rPr>
          <w:rFonts w:cstheme="majorHAnsi"/>
        </w:rPr>
        <w:t>Declaration</w:t>
      </w:r>
      <w:r w:rsidR="00E31B44">
        <w:rPr>
          <w:rFonts w:cstheme="majorHAnsi"/>
        </w:rPr>
        <w:t xml:space="preserve"> (please tick all boxes)</w:t>
      </w:r>
    </w:p>
    <w:p w14:paraId="3AD0D3C6" w14:textId="77777777" w:rsidR="005207F8" w:rsidRPr="00FE49F8" w:rsidRDefault="00000000">
      <w:pPr>
        <w:rPr>
          <w:rFonts w:asciiTheme="majorHAnsi" w:hAnsiTheme="majorHAnsi" w:cstheme="majorHAnsi"/>
          <w:b/>
          <w:bCs/>
        </w:rPr>
      </w:pPr>
      <w:r w:rsidRPr="00FE49F8">
        <w:rPr>
          <w:rFonts w:ascii="Segoe UI Symbol" w:hAnsi="Segoe UI Symbol" w:cs="Segoe UI Symbol"/>
          <w:b/>
          <w:bCs/>
        </w:rPr>
        <w:t>☐</w:t>
      </w:r>
      <w:r w:rsidRPr="00FE49F8">
        <w:rPr>
          <w:rFonts w:asciiTheme="majorHAnsi" w:hAnsiTheme="majorHAnsi" w:cstheme="majorHAnsi"/>
          <w:b/>
          <w:bCs/>
        </w:rPr>
        <w:t xml:space="preserve"> I confirm all children attending are aged 8 years or over.</w:t>
      </w:r>
    </w:p>
    <w:p w14:paraId="78593442" w14:textId="77777777" w:rsidR="005207F8" w:rsidRPr="00FE49F8" w:rsidRDefault="00000000">
      <w:pPr>
        <w:rPr>
          <w:rFonts w:asciiTheme="majorHAnsi" w:hAnsiTheme="majorHAnsi" w:cstheme="majorHAnsi"/>
          <w:b/>
          <w:bCs/>
        </w:rPr>
      </w:pPr>
      <w:r w:rsidRPr="00FE49F8">
        <w:rPr>
          <w:rFonts w:ascii="Segoe UI Symbol" w:hAnsi="Segoe UI Symbol" w:cs="Segoe UI Symbol"/>
          <w:b/>
          <w:bCs/>
        </w:rPr>
        <w:t>☐</w:t>
      </w:r>
      <w:r w:rsidRPr="00FE49F8">
        <w:rPr>
          <w:rFonts w:asciiTheme="majorHAnsi" w:hAnsiTheme="majorHAnsi" w:cstheme="majorHAnsi"/>
          <w:b/>
          <w:bCs/>
        </w:rPr>
        <w:t xml:space="preserve"> I understand children must be accompanied by a responsible adult (18+) throughout the workshop.</w:t>
      </w:r>
    </w:p>
    <w:p w14:paraId="1136C64F" w14:textId="77777777" w:rsidR="005207F8" w:rsidRPr="00FE49F8" w:rsidRDefault="00000000">
      <w:pPr>
        <w:rPr>
          <w:rFonts w:asciiTheme="majorHAnsi" w:hAnsiTheme="majorHAnsi" w:cstheme="majorHAnsi"/>
          <w:b/>
          <w:bCs/>
        </w:rPr>
      </w:pPr>
      <w:r w:rsidRPr="00FE49F8">
        <w:rPr>
          <w:rFonts w:ascii="Segoe UI Symbol" w:hAnsi="Segoe UI Symbol" w:cs="Segoe UI Symbol"/>
          <w:b/>
          <w:bCs/>
        </w:rPr>
        <w:t>☐</w:t>
      </w:r>
      <w:r w:rsidRPr="00FE49F8">
        <w:rPr>
          <w:rFonts w:asciiTheme="majorHAnsi" w:hAnsiTheme="majorHAnsi" w:cstheme="majorHAnsi"/>
          <w:b/>
          <w:bCs/>
        </w:rPr>
        <w:t xml:space="preserve"> I confirm the information provided is accurate.</w:t>
      </w:r>
    </w:p>
    <w:p w14:paraId="7D62819D" w14:textId="77777777" w:rsidR="005207F8" w:rsidRPr="00FE49F8" w:rsidRDefault="00000000">
      <w:pPr>
        <w:rPr>
          <w:rFonts w:asciiTheme="majorHAnsi" w:hAnsiTheme="majorHAnsi" w:cstheme="majorHAnsi"/>
          <w:b/>
          <w:bCs/>
        </w:rPr>
      </w:pPr>
      <w:r w:rsidRPr="00FE49F8">
        <w:rPr>
          <w:rFonts w:ascii="Segoe UI Symbol" w:hAnsi="Segoe UI Symbol" w:cs="Segoe UI Symbol"/>
          <w:b/>
          <w:bCs/>
        </w:rPr>
        <w:t>☐</w:t>
      </w:r>
      <w:r w:rsidRPr="00FE49F8">
        <w:rPr>
          <w:rFonts w:asciiTheme="majorHAnsi" w:hAnsiTheme="majorHAnsi" w:cstheme="majorHAnsi"/>
          <w:b/>
          <w:bCs/>
        </w:rPr>
        <w:t xml:space="preserve"> I understand my booking is not confirmed until I receive a confirmation email.</w:t>
      </w:r>
    </w:p>
    <w:p w14:paraId="471357B9" w14:textId="77777777" w:rsidR="005207F8" w:rsidRDefault="00000000">
      <w:pPr>
        <w:rPr>
          <w:rFonts w:asciiTheme="majorHAnsi" w:hAnsiTheme="majorHAnsi" w:cstheme="majorHAnsi"/>
        </w:rPr>
      </w:pPr>
      <w:r w:rsidRPr="00482731">
        <w:rPr>
          <w:rFonts w:asciiTheme="majorHAnsi" w:hAnsiTheme="majorHAnsi" w:cstheme="majorHAnsi"/>
        </w:rPr>
        <w:br/>
        <w:t>Signature: ____________________________    Date: __________________</w:t>
      </w:r>
    </w:p>
    <w:p w14:paraId="2BCE5A45" w14:textId="77777777" w:rsidR="00E31B44" w:rsidRDefault="00E31B44">
      <w:pPr>
        <w:rPr>
          <w:rFonts w:asciiTheme="majorHAnsi" w:hAnsiTheme="majorHAnsi" w:cstheme="majorHAnsi"/>
        </w:rPr>
      </w:pPr>
    </w:p>
    <w:p w14:paraId="431C5F07" w14:textId="0A85631D" w:rsidR="00E31B44" w:rsidRDefault="00E31B44">
      <w:pPr>
        <w:rPr>
          <w:rFonts w:asciiTheme="majorHAnsi" w:hAnsiTheme="majorHAnsi" w:cstheme="majorHAnsi"/>
          <w:sz w:val="28"/>
          <w:szCs w:val="28"/>
        </w:rPr>
      </w:pPr>
      <w:r w:rsidRPr="00E31B44">
        <w:rPr>
          <w:rFonts w:asciiTheme="majorHAnsi" w:hAnsiTheme="majorHAnsi" w:cstheme="majorHAnsi"/>
          <w:b/>
          <w:bCs/>
          <w:color w:val="C00000"/>
          <w:sz w:val="28"/>
          <w:szCs w:val="28"/>
        </w:rPr>
        <w:t>THANK YOU FOR REGISTERING</w:t>
      </w:r>
      <w:r w:rsidRPr="00E31B44">
        <w:rPr>
          <w:rFonts w:asciiTheme="majorHAnsi" w:hAnsiTheme="majorHAnsi" w:cstheme="majorHAnsi"/>
          <w:color w:val="C00000"/>
          <w:sz w:val="28"/>
          <w:szCs w:val="28"/>
        </w:rPr>
        <w:t xml:space="preserve"> </w:t>
      </w:r>
      <w:r w:rsidRPr="00E31B44">
        <w:rPr>
          <w:rFonts w:asciiTheme="majorHAnsi" w:hAnsiTheme="majorHAnsi" w:cstheme="majorHAnsi"/>
          <w:sz w:val="28"/>
          <w:szCs w:val="28"/>
        </w:rPr>
        <w:t xml:space="preserve">– We look forward to welcoming you and your family to </w:t>
      </w:r>
      <w:proofErr w:type="spellStart"/>
      <w:r w:rsidRPr="00E31B44">
        <w:rPr>
          <w:rFonts w:asciiTheme="majorHAnsi" w:hAnsiTheme="majorHAnsi" w:cstheme="majorHAnsi"/>
          <w:sz w:val="28"/>
          <w:szCs w:val="28"/>
        </w:rPr>
        <w:t>Panteg</w:t>
      </w:r>
      <w:proofErr w:type="spellEnd"/>
      <w:r w:rsidRPr="00E31B44">
        <w:rPr>
          <w:rFonts w:asciiTheme="majorHAnsi" w:hAnsiTheme="majorHAnsi" w:cstheme="majorHAnsi"/>
          <w:sz w:val="28"/>
          <w:szCs w:val="28"/>
        </w:rPr>
        <w:t xml:space="preserve"> House for a fun, interactive and engaging </w:t>
      </w:r>
      <w:r>
        <w:rPr>
          <w:rFonts w:asciiTheme="majorHAnsi" w:hAnsiTheme="majorHAnsi" w:cstheme="majorHAnsi"/>
          <w:sz w:val="28"/>
          <w:szCs w:val="28"/>
        </w:rPr>
        <w:t>R</w:t>
      </w:r>
      <w:r w:rsidRPr="00E31B44">
        <w:rPr>
          <w:rFonts w:asciiTheme="majorHAnsi" w:hAnsiTheme="majorHAnsi" w:cstheme="majorHAnsi"/>
          <w:sz w:val="28"/>
          <w:szCs w:val="28"/>
        </w:rPr>
        <w:t xml:space="preserve">adio and </w:t>
      </w:r>
      <w:r>
        <w:rPr>
          <w:rFonts w:asciiTheme="majorHAnsi" w:hAnsiTheme="majorHAnsi" w:cstheme="majorHAnsi"/>
          <w:sz w:val="28"/>
          <w:szCs w:val="28"/>
        </w:rPr>
        <w:t>M</w:t>
      </w:r>
      <w:r w:rsidRPr="00E31B44">
        <w:rPr>
          <w:rFonts w:asciiTheme="majorHAnsi" w:hAnsiTheme="majorHAnsi" w:cstheme="majorHAnsi"/>
          <w:sz w:val="28"/>
          <w:szCs w:val="28"/>
        </w:rPr>
        <w:t xml:space="preserve">usic </w:t>
      </w:r>
      <w:r>
        <w:rPr>
          <w:rFonts w:asciiTheme="majorHAnsi" w:hAnsiTheme="majorHAnsi" w:cstheme="majorHAnsi"/>
          <w:sz w:val="28"/>
          <w:szCs w:val="28"/>
        </w:rPr>
        <w:t>Broadcasting E</w:t>
      </w:r>
      <w:r w:rsidRPr="00E31B44">
        <w:rPr>
          <w:rFonts w:asciiTheme="majorHAnsi" w:hAnsiTheme="majorHAnsi" w:cstheme="majorHAnsi"/>
          <w:sz w:val="28"/>
          <w:szCs w:val="28"/>
        </w:rPr>
        <w:t xml:space="preserve">xperience. </w:t>
      </w:r>
    </w:p>
    <w:p w14:paraId="1284D401" w14:textId="77777777" w:rsidR="00E31B44" w:rsidRDefault="00E31B44">
      <w:pPr>
        <w:rPr>
          <w:rFonts w:asciiTheme="majorHAnsi" w:hAnsiTheme="majorHAnsi" w:cstheme="majorHAnsi"/>
          <w:sz w:val="28"/>
          <w:szCs w:val="28"/>
        </w:rPr>
      </w:pPr>
    </w:p>
    <w:p w14:paraId="20FB6ED4" w14:textId="3B01C72A" w:rsidR="00E31B44" w:rsidRPr="00E31B44" w:rsidRDefault="00E31B44">
      <w:pPr>
        <w:rPr>
          <w:rFonts w:asciiTheme="majorHAnsi" w:hAnsiTheme="majorHAnsi" w:cstheme="majorHAnsi"/>
          <w:sz w:val="28"/>
          <w:szCs w:val="28"/>
        </w:rPr>
      </w:pPr>
      <w:r>
        <w:rPr>
          <w:rFonts w:asciiTheme="majorHAnsi" w:hAnsiTheme="majorHAnsi" w:cstheme="majorHAnsi"/>
          <w:sz w:val="28"/>
          <w:szCs w:val="28"/>
        </w:rPr>
        <w:t xml:space="preserve">Should you require further information – please contact – Susie </w:t>
      </w:r>
      <w:hyperlink r:id="rId8" w:history="1">
        <w:r w:rsidRPr="00987D23">
          <w:rPr>
            <w:rStyle w:val="Hyperlink"/>
            <w:rFonts w:asciiTheme="majorHAnsi" w:hAnsiTheme="majorHAnsi" w:cstheme="majorHAnsi"/>
            <w:sz w:val="28"/>
            <w:szCs w:val="28"/>
          </w:rPr>
          <w:t>info@DJ4aDay.co.uk</w:t>
        </w:r>
      </w:hyperlink>
      <w:r>
        <w:rPr>
          <w:rFonts w:asciiTheme="majorHAnsi" w:hAnsiTheme="majorHAnsi" w:cstheme="majorHAnsi"/>
          <w:sz w:val="28"/>
          <w:szCs w:val="28"/>
        </w:rPr>
        <w:t xml:space="preserve"> </w:t>
      </w:r>
    </w:p>
    <w:sectPr w:rsidR="00E31B44" w:rsidRPr="00E31B44" w:rsidSect="00034616">
      <w:pgSz w:w="12240" w:h="15840"/>
      <w:pgMar w:top="1440" w:right="864" w:bottom="144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6448252">
    <w:abstractNumId w:val="8"/>
  </w:num>
  <w:num w:numId="2" w16cid:durableId="1472135597">
    <w:abstractNumId w:val="6"/>
  </w:num>
  <w:num w:numId="3" w16cid:durableId="1510635738">
    <w:abstractNumId w:val="5"/>
  </w:num>
  <w:num w:numId="4" w16cid:durableId="1029330484">
    <w:abstractNumId w:val="4"/>
  </w:num>
  <w:num w:numId="5" w16cid:durableId="1775588732">
    <w:abstractNumId w:val="7"/>
  </w:num>
  <w:num w:numId="6" w16cid:durableId="1983119751">
    <w:abstractNumId w:val="3"/>
  </w:num>
  <w:num w:numId="7" w16cid:durableId="180169371">
    <w:abstractNumId w:val="2"/>
  </w:num>
  <w:num w:numId="8" w16cid:durableId="430398180">
    <w:abstractNumId w:val="1"/>
  </w:num>
  <w:num w:numId="9" w16cid:durableId="16469280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82731"/>
    <w:rsid w:val="005207F8"/>
    <w:rsid w:val="00775CCD"/>
    <w:rsid w:val="007D66AE"/>
    <w:rsid w:val="00AA1D8D"/>
    <w:rsid w:val="00B47730"/>
    <w:rsid w:val="00CB0664"/>
    <w:rsid w:val="00E31B44"/>
    <w:rsid w:val="00FC693F"/>
    <w:rsid w:val="00FE4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0C35EB"/>
  <w14:defaultImageDpi w14:val="300"/>
  <w15:docId w15:val="{8DD43706-8005-4D44-90D5-AE593668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31B44"/>
    <w:rPr>
      <w:color w:val="0000FF" w:themeColor="hyperlink"/>
      <w:u w:val="single"/>
    </w:rPr>
  </w:style>
  <w:style w:type="character" w:styleId="UnresolvedMention">
    <w:name w:val="Unresolved Mention"/>
    <w:basedOn w:val="DefaultParagraphFont"/>
    <w:uiPriority w:val="99"/>
    <w:semiHidden/>
    <w:unhideWhenUsed/>
    <w:rsid w:val="00E31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J4aDay.co.uk"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563</Words>
  <Characters>3371</Characters>
  <Application>Microsoft Office Word</Application>
  <DocSecurity>0</DocSecurity>
  <Lines>93</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Bluesy Susie Webb</cp:lastModifiedBy>
  <cp:revision>3</cp:revision>
  <dcterms:created xsi:type="dcterms:W3CDTF">2026-08-04T07:56:00Z</dcterms:created>
  <dcterms:modified xsi:type="dcterms:W3CDTF">2026-08-04T10:31:00Z</dcterms:modified>
  <cp:category/>
</cp:coreProperties>
</file>